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CB851" w14:textId="08C827E1" w:rsidR="00677939" w:rsidRPr="006A3155" w:rsidRDefault="00000000">
      <w:pPr>
        <w:pStyle w:val="TitleX"/>
        <w:rPr>
          <w:lang w:val="nl-NL"/>
        </w:rPr>
      </w:pPr>
      <w:r w:rsidRPr="006A3155">
        <w:rPr>
          <w:lang w:val="nl-NL"/>
        </w:rPr>
        <w:t>Communicatie</w:t>
      </w:r>
      <w:r w:rsidR="002169A0">
        <w:rPr>
          <w:lang w:val="nl-NL"/>
        </w:rPr>
        <w:t xml:space="preserve">toolkit campagne Mantelzorg </w:t>
      </w:r>
      <w:proofErr w:type="spellStart"/>
      <w:r w:rsidR="002169A0">
        <w:rPr>
          <w:lang w:val="nl-NL"/>
        </w:rPr>
        <w:t>Metalektro</w:t>
      </w:r>
      <w:proofErr w:type="spellEnd"/>
      <w:r w:rsidR="00AB10C4">
        <w:rPr>
          <w:lang w:val="nl-NL"/>
        </w:rPr>
        <w:t xml:space="preserve"> 2026</w:t>
      </w:r>
    </w:p>
    <w:p w14:paraId="0D01F9EE" w14:textId="4E3289E7" w:rsidR="00677939" w:rsidRDefault="00AB10C4">
      <w:pPr>
        <w:pStyle w:val="H1X"/>
      </w:pPr>
      <w:proofErr w:type="spellStart"/>
      <w:r>
        <w:t>Inhoud</w:t>
      </w:r>
      <w:proofErr w:type="spellEnd"/>
      <w:r>
        <w:t xml:space="preserve"> toolkit</w:t>
      </w:r>
    </w:p>
    <w:p w14:paraId="327FE08C" w14:textId="6CF0A589" w:rsidR="00AB10C4" w:rsidRDefault="00AB10C4" w:rsidP="00AB10C4">
      <w:pPr>
        <w:pStyle w:val="Lijstopsomteken"/>
        <w:spacing w:after="40"/>
        <w:rPr>
          <w:lang w:val="nl-NL"/>
        </w:rPr>
      </w:pPr>
      <w:r>
        <w:rPr>
          <w:lang w:val="nl-NL"/>
        </w:rPr>
        <w:t>Reeks aan teksten voor op diverse communicatiemomenten</w:t>
      </w:r>
    </w:p>
    <w:p w14:paraId="3CA2EBFF" w14:textId="5955F7BD" w:rsidR="00AB10C4" w:rsidRPr="006A3155" w:rsidRDefault="00AB10C4" w:rsidP="00AB10C4">
      <w:pPr>
        <w:pStyle w:val="Lijstopsomteken"/>
        <w:spacing w:after="40"/>
        <w:rPr>
          <w:lang w:val="nl-NL"/>
        </w:rPr>
      </w:pPr>
      <w:r>
        <w:rPr>
          <w:lang w:val="nl-NL"/>
        </w:rPr>
        <w:t>Bijbehorende beelden/documenten/video’s die de teksten ondersteunen</w:t>
      </w:r>
    </w:p>
    <w:p w14:paraId="6ED61886" w14:textId="076AB4B8" w:rsidR="00AB10C4" w:rsidRPr="00AB10C4" w:rsidRDefault="00AB10C4" w:rsidP="00AB10C4">
      <w:pPr>
        <w:pStyle w:val="Lijstopsomteken"/>
        <w:spacing w:after="40"/>
        <w:rPr>
          <w:lang w:val="nl-NL"/>
        </w:rPr>
      </w:pPr>
      <w:r>
        <w:rPr>
          <w:lang w:val="nl-NL"/>
        </w:rPr>
        <w:t>Adviesplanning voor welke content op welk moment geplaatst kan worden</w:t>
      </w:r>
    </w:p>
    <w:p w14:paraId="73044EB9" w14:textId="241FD022" w:rsidR="00AB10C4" w:rsidRDefault="00AB10C4">
      <w:pPr>
        <w:pStyle w:val="H1X"/>
      </w:pPr>
      <w:proofErr w:type="spellStart"/>
      <w:r>
        <w:t>Overzicht</w:t>
      </w:r>
      <w:proofErr w:type="spellEnd"/>
      <w:r>
        <w:t xml:space="preserve"> </w:t>
      </w:r>
      <w:proofErr w:type="spellStart"/>
      <w:r>
        <w:t>adviesplanning</w:t>
      </w:r>
      <w:proofErr w:type="spellEnd"/>
    </w:p>
    <w:p w14:paraId="1FDDCEE5" w14:textId="77777777" w:rsidR="00677939" w:rsidRPr="006A3155" w:rsidRDefault="00000000">
      <w:pPr>
        <w:pStyle w:val="Lijstopsomteken"/>
        <w:spacing w:after="40"/>
        <w:rPr>
          <w:lang w:val="nl-NL"/>
        </w:rPr>
      </w:pPr>
      <w:r w:rsidRPr="006A3155">
        <w:rPr>
          <w:lang w:val="nl-NL"/>
        </w:rPr>
        <w:t>Week 38 (14–20 september): campagnestart via mail/nieuwsbrief en intranet.</w:t>
      </w:r>
    </w:p>
    <w:p w14:paraId="1B56D9D8" w14:textId="083CAE9D" w:rsidR="00677939" w:rsidRDefault="00000000">
      <w:pPr>
        <w:pStyle w:val="Lijstopsomteken"/>
        <w:spacing w:after="40"/>
      </w:pPr>
      <w:r w:rsidRPr="006A3155">
        <w:rPr>
          <w:lang w:val="nl-NL"/>
        </w:rPr>
        <w:t xml:space="preserve">Week 39 (21–27 september): de digitale gesprekskaart delen als afgeleide van de fysieke DM. </w:t>
      </w:r>
    </w:p>
    <w:p w14:paraId="6DF00537" w14:textId="77777777" w:rsidR="00677939" w:rsidRPr="006A3155" w:rsidRDefault="00000000">
      <w:pPr>
        <w:pStyle w:val="Lijstopsomteken"/>
        <w:spacing w:after="40"/>
        <w:rPr>
          <w:lang w:val="nl-NL"/>
        </w:rPr>
      </w:pPr>
      <w:r w:rsidRPr="006A3155">
        <w:rPr>
          <w:lang w:val="nl-NL"/>
        </w:rPr>
        <w:t xml:space="preserve">Webinars: één uitnodiging </w:t>
      </w:r>
      <w:proofErr w:type="gramStart"/>
      <w:r w:rsidRPr="006A3155">
        <w:rPr>
          <w:lang w:val="nl-NL"/>
        </w:rPr>
        <w:t>circa</w:t>
      </w:r>
      <w:proofErr w:type="gramEnd"/>
      <w:r w:rsidRPr="006A3155">
        <w:rPr>
          <w:lang w:val="nl-NL"/>
        </w:rPr>
        <w:t xml:space="preserve"> 10–14 dagen vooraf en één korte reminder </w:t>
      </w:r>
      <w:proofErr w:type="gramStart"/>
      <w:r w:rsidRPr="006A3155">
        <w:rPr>
          <w:lang w:val="nl-NL"/>
        </w:rPr>
        <w:t>circa</w:t>
      </w:r>
      <w:proofErr w:type="gramEnd"/>
      <w:r w:rsidRPr="006A3155">
        <w:rPr>
          <w:lang w:val="nl-NL"/>
        </w:rPr>
        <w:t xml:space="preserve"> 4–6 dagen vooraf.</w:t>
      </w:r>
    </w:p>
    <w:p w14:paraId="2C04EF57" w14:textId="77777777" w:rsidR="00677939" w:rsidRPr="006A3155" w:rsidRDefault="00000000">
      <w:pPr>
        <w:pStyle w:val="Lijstopsomteken"/>
        <w:spacing w:after="40"/>
        <w:rPr>
          <w:lang w:val="nl-NL"/>
        </w:rPr>
      </w:pPr>
      <w:r w:rsidRPr="006A3155">
        <w:rPr>
          <w:lang w:val="nl-NL"/>
        </w:rPr>
        <w:t xml:space="preserve">Rond 10 november: twee </w:t>
      </w:r>
      <w:proofErr w:type="spellStart"/>
      <w:r w:rsidRPr="006A3155">
        <w:rPr>
          <w:lang w:val="nl-NL"/>
        </w:rPr>
        <w:t>inspiratieposts</w:t>
      </w:r>
      <w:proofErr w:type="spellEnd"/>
      <w:r w:rsidRPr="006A3155">
        <w:rPr>
          <w:lang w:val="nl-NL"/>
        </w:rPr>
        <w:t xml:space="preserve"> in de week vooraf en één bericht op de Dag van de Mantelzorg.</w:t>
      </w:r>
    </w:p>
    <w:p w14:paraId="545EA6DC" w14:textId="77777777" w:rsidR="00677939" w:rsidRPr="006A3155" w:rsidRDefault="00000000">
      <w:pPr>
        <w:pStyle w:val="Lijstopsomteken"/>
        <w:spacing w:after="40"/>
        <w:rPr>
          <w:lang w:val="nl-NL"/>
        </w:rPr>
      </w:pPr>
      <w:r w:rsidRPr="006A3155">
        <w:rPr>
          <w:lang w:val="nl-NL"/>
        </w:rPr>
        <w:t>Doorlopende praktijkverhalen, tools en pop-up: alleen inzetten als er inhoudelijk een logische aanleiding is.</w:t>
      </w:r>
    </w:p>
    <w:p w14:paraId="4E341FFC" w14:textId="28BF1424" w:rsidR="00677939" w:rsidRPr="006A3155" w:rsidRDefault="00000000">
      <w:pPr>
        <w:pStyle w:val="H1X"/>
        <w:rPr>
          <w:lang w:val="nl-NL"/>
        </w:rPr>
      </w:pPr>
      <w:r w:rsidRPr="006A3155">
        <w:rPr>
          <w:lang w:val="nl-NL"/>
        </w:rPr>
        <w:t>Campagnestart</w:t>
      </w:r>
      <w:r w:rsidR="00457914">
        <w:rPr>
          <w:lang w:val="nl-NL"/>
        </w:rPr>
        <w:t xml:space="preserve"> </w:t>
      </w:r>
      <w:r w:rsidR="00457914" w:rsidRPr="00457914">
        <w:rPr>
          <w:lang w:val="nl-NL"/>
        </w:rPr>
        <w:sym w:font="Wingdings" w:char="F0E0"/>
      </w:r>
      <w:r w:rsidR="00457914">
        <w:rPr>
          <w:lang w:val="nl-NL"/>
        </w:rPr>
        <w:t xml:space="preserve"> zie bijbehorende afbeelding in de map ‘beeld’</w:t>
      </w:r>
    </w:p>
    <w:p w14:paraId="40BBED20" w14:textId="77777777" w:rsidR="00677939" w:rsidRPr="006A3155" w:rsidRDefault="00000000">
      <w:pPr>
        <w:keepNext/>
        <w:spacing w:before="80" w:after="20"/>
        <w:rPr>
          <w:lang w:val="nl-NL"/>
        </w:rPr>
      </w:pPr>
      <w:r w:rsidRPr="006A3155">
        <w:rPr>
          <w:b/>
          <w:color w:val="1A8B9D"/>
          <w:lang w:val="nl-NL"/>
        </w:rPr>
        <w:t xml:space="preserve">Mail aan </w:t>
      </w:r>
      <w:proofErr w:type="gramStart"/>
      <w:r w:rsidRPr="006A3155">
        <w:rPr>
          <w:b/>
          <w:color w:val="1A8B9D"/>
          <w:lang w:val="nl-NL"/>
        </w:rPr>
        <w:t>HR /</w:t>
      </w:r>
      <w:proofErr w:type="gramEnd"/>
      <w:r w:rsidRPr="006A3155">
        <w:rPr>
          <w:b/>
          <w:color w:val="1A8B9D"/>
          <w:lang w:val="nl-NL"/>
        </w:rPr>
        <w:t xml:space="preserve"> leidinggevenden</w:t>
      </w:r>
    </w:p>
    <w:p w14:paraId="0484B1A8" w14:textId="77777777" w:rsidR="00677939" w:rsidRPr="006A3155" w:rsidRDefault="00000000">
      <w:pPr>
        <w:keepNext/>
        <w:spacing w:after="40"/>
        <w:rPr>
          <w:lang w:val="nl-NL"/>
        </w:rPr>
      </w:pPr>
      <w:r w:rsidRPr="006A3155">
        <w:rPr>
          <w:b/>
          <w:color w:val="5F6B73"/>
          <w:sz w:val="17"/>
          <w:lang w:val="nl-NL"/>
        </w:rPr>
        <w:t>Advies moment: week 38 (14–20 september)</w:t>
      </w:r>
    </w:p>
    <w:tbl>
      <w:tblPr>
        <w:tblW w:w="0" w:type="auto"/>
        <w:tblLook w:val="04A0" w:firstRow="1" w:lastRow="0" w:firstColumn="1" w:lastColumn="0" w:noHBand="0" w:noVBand="1"/>
      </w:tblPr>
      <w:tblGrid>
        <w:gridCol w:w="10312"/>
      </w:tblGrid>
      <w:tr w:rsidR="00677939" w:rsidRPr="006A3155" w14:paraId="0F1F57AE" w14:textId="77777777">
        <w:trPr>
          <w:cantSplit/>
        </w:trPr>
        <w:tc>
          <w:tcPr>
            <w:tcW w:w="10312" w:type="dxa"/>
            <w:shd w:val="clear" w:color="auto" w:fill="F7F9FA"/>
            <w:tcMar>
              <w:top w:w="95" w:type="dxa"/>
              <w:left w:w="110" w:type="dxa"/>
              <w:bottom w:w="95" w:type="dxa"/>
              <w:right w:w="110" w:type="dxa"/>
            </w:tcMar>
          </w:tcPr>
          <w:p w14:paraId="71A02304" w14:textId="77777777" w:rsidR="00677939" w:rsidRPr="006A3155" w:rsidRDefault="00000000">
            <w:pPr>
              <w:spacing w:after="80"/>
              <w:rPr>
                <w:lang w:val="nl-NL"/>
              </w:rPr>
            </w:pPr>
            <w:r w:rsidRPr="006A3155">
              <w:rPr>
                <w:lang w:val="nl-NL"/>
              </w:rPr>
              <w:t>Onderwerp: Werk en mantelzorg? Pak het samen aan</w:t>
            </w:r>
          </w:p>
          <w:p w14:paraId="276C3802" w14:textId="77777777" w:rsidR="00677939" w:rsidRPr="006A3155" w:rsidRDefault="00000000">
            <w:pPr>
              <w:spacing w:after="80"/>
              <w:rPr>
                <w:lang w:val="nl-NL"/>
              </w:rPr>
            </w:pPr>
            <w:r w:rsidRPr="006A3155">
              <w:rPr>
                <w:lang w:val="nl-NL"/>
              </w:rPr>
              <w:t xml:space="preserve">De Raad van Overleg </w:t>
            </w:r>
            <w:proofErr w:type="spellStart"/>
            <w:r w:rsidRPr="006A3155">
              <w:rPr>
                <w:lang w:val="nl-NL"/>
              </w:rPr>
              <w:t>Metalektro</w:t>
            </w:r>
            <w:proofErr w:type="spellEnd"/>
            <w:r w:rsidRPr="006A3155">
              <w:rPr>
                <w:lang w:val="nl-NL"/>
              </w:rPr>
              <w:t xml:space="preserve"> (ROM) voert samen met de sociale partners opnieuw campagne over werk en mantelzorg.</w:t>
            </w:r>
          </w:p>
          <w:p w14:paraId="7DAD5966" w14:textId="77777777" w:rsidR="00677939" w:rsidRPr="006A3155" w:rsidRDefault="00000000">
            <w:pPr>
              <w:spacing w:after="80"/>
              <w:rPr>
                <w:lang w:val="nl-NL"/>
              </w:rPr>
            </w:pPr>
            <w:r w:rsidRPr="006A3155">
              <w:rPr>
                <w:lang w:val="nl-NL"/>
              </w:rPr>
              <w:t>Dit keer ligt de nadruk op actief aan de slag gaan. Hoe herken je eerder wat er speelt? Hoe voer je het gesprek? Welke maatwerkafspraken kunnen helpen? En wanneer is ondersteuning buiten het werk passend?</w:t>
            </w:r>
          </w:p>
          <w:p w14:paraId="7E4B927D" w14:textId="77777777" w:rsidR="00677939" w:rsidRPr="006A3155" w:rsidRDefault="00000000">
            <w:pPr>
              <w:spacing w:after="80"/>
              <w:rPr>
                <w:lang w:val="nl-NL"/>
              </w:rPr>
            </w:pPr>
            <w:r w:rsidRPr="006A3155">
              <w:rPr>
                <w:lang w:val="nl-NL"/>
              </w:rPr>
              <w:t>Op mantelzorgmetalektro.nl staan praktische hulpmiddelen voor medewerkers, leidinggevenden en HR. Denk aan gesprekstips, voorbeelden van maatwerk, ervaringsverhalen uit de sector en informatie over de mantelzorgmakelaar.</w:t>
            </w:r>
          </w:p>
          <w:p w14:paraId="343FD01A" w14:textId="4DBCC60D" w:rsidR="00E53A53" w:rsidRPr="00E53A53" w:rsidRDefault="00000000" w:rsidP="00E53A53">
            <w:pPr>
              <w:spacing w:after="80"/>
              <w:rPr>
                <w:color w:val="0000FF" w:themeColor="hyperlink"/>
                <w:u w:val="single"/>
                <w:lang w:val="nl-NL"/>
              </w:rPr>
            </w:pPr>
            <w:r w:rsidRPr="006A3155">
              <w:rPr>
                <w:lang w:val="nl-NL"/>
              </w:rPr>
              <w:t xml:space="preserve">Bekijk de tools en ontdek welke eerste stap past bij jouw organisatie: </w:t>
            </w:r>
            <w:hyperlink r:id="rId8" w:history="1">
              <w:r w:rsidR="002169A0" w:rsidRPr="003F2A53">
                <w:rPr>
                  <w:rStyle w:val="Hyperlink"/>
                  <w:lang w:val="nl-NL"/>
                </w:rPr>
                <w:t>https://www.mantelzorgmetalektro.nl/</w:t>
              </w:r>
            </w:hyperlink>
          </w:p>
        </w:tc>
      </w:tr>
    </w:tbl>
    <w:p w14:paraId="407366B5" w14:textId="77777777" w:rsidR="00677939" w:rsidRDefault="00000000">
      <w:pPr>
        <w:keepNext/>
        <w:spacing w:before="80" w:after="20"/>
      </w:pPr>
      <w:proofErr w:type="spellStart"/>
      <w:r>
        <w:rPr>
          <w:b/>
          <w:color w:val="1A8B9D"/>
        </w:rPr>
        <w:t>Intranetbericht</w:t>
      </w:r>
      <w:proofErr w:type="spellEnd"/>
      <w:r>
        <w:rPr>
          <w:b/>
          <w:color w:val="1A8B9D"/>
        </w:rPr>
        <w:t xml:space="preserve"> – </w:t>
      </w:r>
      <w:proofErr w:type="spellStart"/>
      <w:r>
        <w:rPr>
          <w:b/>
          <w:color w:val="1A8B9D"/>
        </w:rPr>
        <w:t>campagnestart</w:t>
      </w:r>
      <w:proofErr w:type="spellEnd"/>
    </w:p>
    <w:p w14:paraId="263805F2" w14:textId="77777777" w:rsidR="00677939" w:rsidRDefault="00000000">
      <w:pPr>
        <w:keepNext/>
        <w:spacing w:after="40"/>
      </w:pPr>
      <w:r>
        <w:rPr>
          <w:b/>
          <w:color w:val="5F6B73"/>
          <w:sz w:val="17"/>
        </w:rPr>
        <w:t>Advies moment: week 38 (14–20 september)</w:t>
      </w:r>
    </w:p>
    <w:tbl>
      <w:tblPr>
        <w:tblW w:w="0" w:type="auto"/>
        <w:tblLook w:val="04A0" w:firstRow="1" w:lastRow="0" w:firstColumn="1" w:lastColumn="0" w:noHBand="0" w:noVBand="1"/>
      </w:tblPr>
      <w:tblGrid>
        <w:gridCol w:w="10312"/>
      </w:tblGrid>
      <w:tr w:rsidR="00677939" w:rsidRPr="006A3155" w14:paraId="6BA9A28F" w14:textId="77777777">
        <w:trPr>
          <w:cantSplit/>
        </w:trPr>
        <w:tc>
          <w:tcPr>
            <w:tcW w:w="10312" w:type="dxa"/>
            <w:shd w:val="clear" w:color="auto" w:fill="F7F9FA"/>
            <w:tcMar>
              <w:top w:w="95" w:type="dxa"/>
              <w:left w:w="110" w:type="dxa"/>
              <w:bottom w:w="95" w:type="dxa"/>
              <w:right w:w="110" w:type="dxa"/>
            </w:tcMar>
          </w:tcPr>
          <w:p w14:paraId="4E48E6BC" w14:textId="77777777" w:rsidR="00677939" w:rsidRPr="006A3155" w:rsidRDefault="00000000">
            <w:pPr>
              <w:spacing w:after="80"/>
              <w:rPr>
                <w:lang w:val="nl-NL"/>
              </w:rPr>
            </w:pPr>
            <w:r w:rsidRPr="006A3155">
              <w:rPr>
                <w:lang w:val="nl-NL"/>
              </w:rPr>
              <w:t>Werk en mantelzorg? Pak het samen aan.</w:t>
            </w:r>
          </w:p>
          <w:p w14:paraId="5DC8A19F" w14:textId="77777777" w:rsidR="00677939" w:rsidRPr="006A3155" w:rsidRDefault="00000000">
            <w:pPr>
              <w:spacing w:after="80"/>
              <w:rPr>
                <w:lang w:val="nl-NL"/>
              </w:rPr>
            </w:pPr>
            <w:r w:rsidRPr="006A3155">
              <w:rPr>
                <w:lang w:val="nl-NL"/>
              </w:rPr>
              <w:t xml:space="preserve">De Raad van Overleg </w:t>
            </w:r>
            <w:proofErr w:type="spellStart"/>
            <w:r w:rsidRPr="006A3155">
              <w:rPr>
                <w:lang w:val="nl-NL"/>
              </w:rPr>
              <w:t>Metalektro</w:t>
            </w:r>
            <w:proofErr w:type="spellEnd"/>
            <w:r w:rsidRPr="006A3155">
              <w:rPr>
                <w:lang w:val="nl-NL"/>
              </w:rPr>
              <w:t xml:space="preserve"> (ROM) voert samen met de sociale partners opnieuw campagne over werk en mantelzorg.</w:t>
            </w:r>
          </w:p>
          <w:p w14:paraId="74ED3D1B" w14:textId="77777777" w:rsidR="00677939" w:rsidRPr="006A3155" w:rsidRDefault="00000000">
            <w:pPr>
              <w:spacing w:after="80"/>
              <w:rPr>
                <w:lang w:val="nl-NL"/>
              </w:rPr>
            </w:pPr>
            <w:r w:rsidRPr="006A3155">
              <w:rPr>
                <w:lang w:val="nl-NL"/>
              </w:rPr>
              <w:t>Zorg je naast je werk voor een partner, ouder, kind, familielid, vriend of buur? Op mantelzorgmetalektro.nl vind je praktische hulp om te kijken wat jij nodig hebt: voor jezelf, op het werk en in de zorgsituatie thuis.</w:t>
            </w:r>
          </w:p>
          <w:p w14:paraId="4C4E27AC" w14:textId="77777777" w:rsidR="00677939" w:rsidRPr="006A3155" w:rsidRDefault="00000000">
            <w:pPr>
              <w:spacing w:after="80"/>
              <w:rPr>
                <w:lang w:val="nl-NL"/>
              </w:rPr>
            </w:pPr>
            <w:r w:rsidRPr="006A3155">
              <w:rPr>
                <w:lang w:val="nl-NL"/>
              </w:rPr>
              <w:t>Je vindt er onder meer gesprekstips, voorbeelden van afspraken die kunnen helpen en informatie over passende ondersteuning.</w:t>
            </w:r>
          </w:p>
          <w:p w14:paraId="6D54DCDB" w14:textId="73598E80" w:rsidR="00E53A53" w:rsidRPr="00E53A53" w:rsidRDefault="00000000" w:rsidP="00E53A53">
            <w:pPr>
              <w:spacing w:after="80"/>
              <w:rPr>
                <w:color w:val="0000FF" w:themeColor="hyperlink"/>
                <w:u w:val="single"/>
                <w:lang w:val="nl-NL"/>
              </w:rPr>
            </w:pPr>
            <w:r w:rsidRPr="006A3155">
              <w:rPr>
                <w:lang w:val="nl-NL"/>
              </w:rPr>
              <w:t xml:space="preserve">Bekijk wat voor jou een goede eerste stap is: </w:t>
            </w:r>
            <w:hyperlink r:id="rId9" w:history="1">
              <w:r w:rsidR="002169A0" w:rsidRPr="003F2A53">
                <w:rPr>
                  <w:rStyle w:val="Hyperlink"/>
                  <w:lang w:val="nl-NL"/>
                </w:rPr>
                <w:t>https://www.mantelzorgmetalektro.nl/werknemers/</w:t>
              </w:r>
            </w:hyperlink>
          </w:p>
        </w:tc>
      </w:tr>
    </w:tbl>
    <w:p w14:paraId="65CE4274" w14:textId="77777777" w:rsidR="00677939" w:rsidRDefault="00000000">
      <w:pPr>
        <w:keepNext/>
        <w:spacing w:before="80" w:after="20"/>
      </w:pPr>
      <w:proofErr w:type="spellStart"/>
      <w:r>
        <w:rPr>
          <w:b/>
          <w:color w:val="1A8B9D"/>
        </w:rPr>
        <w:lastRenderedPageBreak/>
        <w:t>Nieuwsbrief</w:t>
      </w:r>
      <w:proofErr w:type="spellEnd"/>
      <w:r>
        <w:rPr>
          <w:b/>
          <w:color w:val="1A8B9D"/>
        </w:rPr>
        <w:t xml:space="preserve"> / </w:t>
      </w:r>
      <w:proofErr w:type="spellStart"/>
      <w:r>
        <w:rPr>
          <w:b/>
          <w:color w:val="1A8B9D"/>
        </w:rPr>
        <w:t>partnertekst</w:t>
      </w:r>
      <w:proofErr w:type="spellEnd"/>
      <w:r>
        <w:rPr>
          <w:b/>
          <w:color w:val="1A8B9D"/>
        </w:rPr>
        <w:t xml:space="preserve"> – campagnestart</w:t>
      </w:r>
    </w:p>
    <w:p w14:paraId="34D85BBF" w14:textId="77777777" w:rsidR="00677939" w:rsidRDefault="00000000">
      <w:pPr>
        <w:keepNext/>
        <w:spacing w:after="40"/>
      </w:pPr>
      <w:r>
        <w:rPr>
          <w:b/>
          <w:color w:val="5F6B73"/>
          <w:sz w:val="17"/>
        </w:rPr>
        <w:t>Advies moment: week 38 (14–20 september)</w:t>
      </w:r>
    </w:p>
    <w:tbl>
      <w:tblPr>
        <w:tblW w:w="0" w:type="auto"/>
        <w:tblLook w:val="04A0" w:firstRow="1" w:lastRow="0" w:firstColumn="1" w:lastColumn="0" w:noHBand="0" w:noVBand="1"/>
      </w:tblPr>
      <w:tblGrid>
        <w:gridCol w:w="10312"/>
      </w:tblGrid>
      <w:tr w:rsidR="00677939" w:rsidRPr="006A3155" w14:paraId="6459DBCE" w14:textId="77777777">
        <w:trPr>
          <w:cantSplit/>
        </w:trPr>
        <w:tc>
          <w:tcPr>
            <w:tcW w:w="10312" w:type="dxa"/>
            <w:shd w:val="clear" w:color="auto" w:fill="F7F9FA"/>
            <w:tcMar>
              <w:top w:w="95" w:type="dxa"/>
              <w:left w:w="110" w:type="dxa"/>
              <w:bottom w:w="95" w:type="dxa"/>
              <w:right w:w="110" w:type="dxa"/>
            </w:tcMar>
          </w:tcPr>
          <w:p w14:paraId="6B446EAC" w14:textId="77777777" w:rsidR="00677939" w:rsidRPr="006A3155" w:rsidRDefault="00000000">
            <w:pPr>
              <w:spacing w:after="80"/>
              <w:rPr>
                <w:lang w:val="nl-NL"/>
              </w:rPr>
            </w:pPr>
            <w:r w:rsidRPr="006A3155">
              <w:rPr>
                <w:lang w:val="nl-NL"/>
              </w:rPr>
              <w:t>Werk en mantelzorg? Pak het samen aan.</w:t>
            </w:r>
          </w:p>
          <w:p w14:paraId="3B56B6D8" w14:textId="77777777" w:rsidR="00677939" w:rsidRPr="006A3155" w:rsidRDefault="00000000">
            <w:pPr>
              <w:spacing w:after="80"/>
              <w:rPr>
                <w:lang w:val="nl-NL"/>
              </w:rPr>
            </w:pPr>
            <w:r w:rsidRPr="006A3155">
              <w:rPr>
                <w:lang w:val="nl-NL"/>
              </w:rPr>
              <w:t xml:space="preserve">De Raad van Overleg </w:t>
            </w:r>
            <w:proofErr w:type="spellStart"/>
            <w:r w:rsidRPr="006A3155">
              <w:rPr>
                <w:lang w:val="nl-NL"/>
              </w:rPr>
              <w:t>Metalektro</w:t>
            </w:r>
            <w:proofErr w:type="spellEnd"/>
            <w:r w:rsidRPr="006A3155">
              <w:rPr>
                <w:lang w:val="nl-NL"/>
              </w:rPr>
              <w:t xml:space="preserve"> (ROM) voert samen met de sociale partners opnieuw campagne over werk en mantelzorg. Waar de eerdere campagne vooral draaide om bewustwording en bespreekbaar maken, ligt de focus in 2026 op actief aan de slag gaan.</w:t>
            </w:r>
          </w:p>
          <w:p w14:paraId="08B147C6" w14:textId="77777777" w:rsidR="00677939" w:rsidRPr="006A3155" w:rsidRDefault="00000000">
            <w:pPr>
              <w:spacing w:after="80"/>
              <w:rPr>
                <w:lang w:val="nl-NL"/>
              </w:rPr>
            </w:pPr>
            <w:r w:rsidRPr="006A3155">
              <w:rPr>
                <w:lang w:val="nl-NL"/>
              </w:rPr>
              <w:t>Op mantelzorgmetalektro.nl vinden medewerkers, leidinggevenden, HR en directie praktische tools om eerder te herkennen wat er speelt, het gesprek te voeren, werkbare afspraken te maken en passende hulp te vinden.</w:t>
            </w:r>
          </w:p>
          <w:p w14:paraId="141B3F77" w14:textId="77777777" w:rsidR="00677939" w:rsidRPr="006A3155" w:rsidRDefault="00000000">
            <w:pPr>
              <w:spacing w:after="80"/>
              <w:rPr>
                <w:lang w:val="nl-NL"/>
              </w:rPr>
            </w:pPr>
            <w:r w:rsidRPr="006A3155">
              <w:rPr>
                <w:lang w:val="nl-NL"/>
              </w:rPr>
              <w:t xml:space="preserve">Ook zijn er nieuwe praktijkvoorbeelden en drie </w:t>
            </w:r>
            <w:proofErr w:type="spellStart"/>
            <w:r w:rsidRPr="006A3155">
              <w:rPr>
                <w:lang w:val="nl-NL"/>
              </w:rPr>
              <w:t>webinars</w:t>
            </w:r>
            <w:proofErr w:type="spellEnd"/>
            <w:r w:rsidRPr="006A3155">
              <w:rPr>
                <w:lang w:val="nl-NL"/>
              </w:rPr>
              <w:t xml:space="preserve"> voor HR/leidinggevenden, de OR en medewerkers.</w:t>
            </w:r>
          </w:p>
          <w:p w14:paraId="745E651C" w14:textId="149D7E03" w:rsidR="00677939" w:rsidRPr="006A3155" w:rsidRDefault="00000000">
            <w:pPr>
              <w:spacing w:after="80"/>
              <w:rPr>
                <w:lang w:val="nl-NL"/>
              </w:rPr>
            </w:pPr>
            <w:r w:rsidRPr="006A3155">
              <w:rPr>
                <w:lang w:val="nl-NL"/>
              </w:rPr>
              <w:t xml:space="preserve">Bekijk de campagne op </w:t>
            </w:r>
            <w:hyperlink r:id="rId10" w:history="1">
              <w:r w:rsidR="002169A0" w:rsidRPr="003F2A53">
                <w:rPr>
                  <w:rStyle w:val="Hyperlink"/>
                  <w:lang w:val="nl-NL"/>
                </w:rPr>
                <w:t>https://www.mantelzorgmetalektro.nl/</w:t>
              </w:r>
            </w:hyperlink>
          </w:p>
        </w:tc>
      </w:tr>
    </w:tbl>
    <w:p w14:paraId="665258C2" w14:textId="29F1ECFD" w:rsidR="00677939" w:rsidRPr="006A3155" w:rsidRDefault="00457914">
      <w:pPr>
        <w:pStyle w:val="H1X"/>
        <w:rPr>
          <w:lang w:val="nl-NL"/>
        </w:rPr>
      </w:pPr>
      <w:r>
        <w:rPr>
          <w:lang w:val="nl-NL"/>
        </w:rPr>
        <w:t xml:space="preserve">Gesprekskaart </w:t>
      </w:r>
      <w:r w:rsidRPr="00457914">
        <w:rPr>
          <w:lang w:val="nl-NL"/>
        </w:rPr>
        <w:sym w:font="Wingdings" w:char="F0E0"/>
      </w:r>
      <w:r>
        <w:rPr>
          <w:lang w:val="nl-NL"/>
        </w:rPr>
        <w:t xml:space="preserve"> zie </w:t>
      </w:r>
      <w:r w:rsidR="00AB10C4">
        <w:rPr>
          <w:lang w:val="nl-NL"/>
        </w:rPr>
        <w:t>bijlage 7</w:t>
      </w:r>
      <w:r>
        <w:rPr>
          <w:lang w:val="nl-NL"/>
        </w:rPr>
        <w:t xml:space="preserve"> in de map ‘</w:t>
      </w:r>
      <w:r w:rsidR="00AB10C4">
        <w:rPr>
          <w:lang w:val="nl-NL"/>
        </w:rPr>
        <w:t>Praktische t</w:t>
      </w:r>
      <w:r>
        <w:rPr>
          <w:lang w:val="nl-NL"/>
        </w:rPr>
        <w:t>ools</w:t>
      </w:r>
      <w:r>
        <w:rPr>
          <w:lang w:val="nl-NL"/>
        </w:rPr>
        <w:t>’</w:t>
      </w:r>
    </w:p>
    <w:p w14:paraId="0023EC0A" w14:textId="4BECE556" w:rsidR="00677939" w:rsidRPr="006A3155" w:rsidRDefault="00000000">
      <w:pPr>
        <w:rPr>
          <w:lang w:val="nl-NL"/>
        </w:rPr>
      </w:pPr>
      <w:r w:rsidRPr="006A3155">
        <w:rPr>
          <w:lang w:val="nl-NL"/>
        </w:rPr>
        <w:t>Advies inzet: week 39 (21–27 september</w:t>
      </w:r>
      <w:r w:rsidR="00AB10C4">
        <w:rPr>
          <w:lang w:val="nl-NL"/>
        </w:rPr>
        <w:t>. E</w:t>
      </w:r>
      <w:r w:rsidRPr="006A3155">
        <w:rPr>
          <w:lang w:val="nl-NL"/>
        </w:rPr>
        <w:t>en praktisch hulpmiddel dat bedrijven intern kunnen delen</w:t>
      </w:r>
      <w:r w:rsidR="00AB10C4">
        <w:rPr>
          <w:lang w:val="nl-NL"/>
        </w:rPr>
        <w:t>, printen</w:t>
      </w:r>
      <w:r w:rsidRPr="006A3155">
        <w:rPr>
          <w:lang w:val="nl-NL"/>
        </w:rPr>
        <w:t xml:space="preserve"> en bewaren. </w:t>
      </w:r>
    </w:p>
    <w:tbl>
      <w:tblPr>
        <w:tblW w:w="0" w:type="auto"/>
        <w:tblLook w:val="04A0" w:firstRow="1" w:lastRow="0" w:firstColumn="1" w:lastColumn="0" w:noHBand="0" w:noVBand="1"/>
      </w:tblPr>
      <w:tblGrid>
        <w:gridCol w:w="10312"/>
      </w:tblGrid>
      <w:tr w:rsidR="00677939" w:rsidRPr="00AB10C4" w14:paraId="2FB74C74" w14:textId="77777777">
        <w:trPr>
          <w:cantSplit/>
        </w:trPr>
        <w:tc>
          <w:tcPr>
            <w:tcW w:w="10312" w:type="dxa"/>
            <w:shd w:val="clear" w:color="auto" w:fill="EEF3F7"/>
            <w:tcMar>
              <w:top w:w="95" w:type="dxa"/>
              <w:left w:w="110" w:type="dxa"/>
              <w:bottom w:w="95" w:type="dxa"/>
              <w:right w:w="110" w:type="dxa"/>
            </w:tcMar>
          </w:tcPr>
          <w:p w14:paraId="3D563836" w14:textId="5A03A2A1" w:rsidR="00677939" w:rsidRPr="00AB10C4" w:rsidRDefault="00000000">
            <w:pPr>
              <w:spacing w:after="0"/>
              <w:rPr>
                <w:lang w:val="nl-NL"/>
              </w:rPr>
            </w:pPr>
            <w:r w:rsidRPr="006A3155">
              <w:rPr>
                <w:lang w:val="nl-NL"/>
              </w:rPr>
              <w:t xml:space="preserve">Werk en mantelzorg bespreekbaar maken begint vaak met een goede vraag. Deel deze gesprekskaart met leidinggevenden en teams als praktisch hulpmiddel voor het gesprek. </w:t>
            </w:r>
            <w:r w:rsidRPr="00AB10C4">
              <w:rPr>
                <w:lang w:val="nl-NL"/>
              </w:rPr>
              <w:t xml:space="preserve">Meer tips en ondersteuning vind je op </w:t>
            </w:r>
            <w:hyperlink r:id="rId11" w:history="1">
              <w:r w:rsidR="00AB10C4" w:rsidRPr="003F2A53">
                <w:rPr>
                  <w:rStyle w:val="Hyperlink"/>
                  <w:lang w:val="nl-NL"/>
                </w:rPr>
                <w:t>https://www.mantelzorgmetalektro.nl/</w:t>
              </w:r>
            </w:hyperlink>
          </w:p>
        </w:tc>
      </w:tr>
    </w:tbl>
    <w:p w14:paraId="25FCDA01" w14:textId="77777777" w:rsidR="00677939" w:rsidRPr="00AB10C4" w:rsidRDefault="00677939">
      <w:pPr>
        <w:spacing w:after="40"/>
        <w:rPr>
          <w:lang w:val="nl-NL"/>
        </w:rPr>
      </w:pPr>
    </w:p>
    <w:p w14:paraId="7044265C" w14:textId="20A463E7" w:rsidR="00677939" w:rsidRDefault="00000000">
      <w:pPr>
        <w:pStyle w:val="H1X"/>
      </w:pPr>
      <w:r>
        <w:t xml:space="preserve">Webinar 6 </w:t>
      </w:r>
      <w:proofErr w:type="spellStart"/>
      <w:r>
        <w:t>oktober</w:t>
      </w:r>
      <w:proofErr w:type="spellEnd"/>
      <w:r>
        <w:t xml:space="preserve"> – HR &amp; leidinggevenden</w:t>
      </w:r>
    </w:p>
    <w:p w14:paraId="01809B00" w14:textId="77777777" w:rsidR="00677939" w:rsidRDefault="00000000">
      <w:pPr>
        <w:keepNext/>
        <w:spacing w:before="80" w:after="20"/>
      </w:pPr>
      <w:r>
        <w:rPr>
          <w:b/>
          <w:color w:val="1A8B9D"/>
        </w:rPr>
        <w:t>Uitnodiging</w:t>
      </w:r>
    </w:p>
    <w:p w14:paraId="3DC700FA" w14:textId="77777777" w:rsidR="00677939" w:rsidRDefault="00000000">
      <w:pPr>
        <w:keepNext/>
        <w:spacing w:after="40"/>
      </w:pPr>
      <w:r>
        <w:rPr>
          <w:b/>
          <w:color w:val="5F6B73"/>
          <w:sz w:val="17"/>
        </w:rPr>
        <w:t>Advies moment: week 39 (21–27 september)</w:t>
      </w:r>
    </w:p>
    <w:tbl>
      <w:tblPr>
        <w:tblW w:w="0" w:type="auto"/>
        <w:tblLook w:val="04A0" w:firstRow="1" w:lastRow="0" w:firstColumn="1" w:lastColumn="0" w:noHBand="0" w:noVBand="1"/>
      </w:tblPr>
      <w:tblGrid>
        <w:gridCol w:w="10312"/>
      </w:tblGrid>
      <w:tr w:rsidR="00677939" w:rsidRPr="002169A0" w14:paraId="03EB8D24" w14:textId="77777777">
        <w:trPr>
          <w:cantSplit/>
        </w:trPr>
        <w:tc>
          <w:tcPr>
            <w:tcW w:w="10312" w:type="dxa"/>
            <w:shd w:val="clear" w:color="auto" w:fill="F7F9FA"/>
            <w:tcMar>
              <w:top w:w="95" w:type="dxa"/>
              <w:left w:w="110" w:type="dxa"/>
              <w:bottom w:w="95" w:type="dxa"/>
              <w:right w:w="110" w:type="dxa"/>
            </w:tcMar>
          </w:tcPr>
          <w:p w14:paraId="167D5695" w14:textId="77777777" w:rsidR="00677939" w:rsidRPr="006A3155" w:rsidRDefault="00000000">
            <w:pPr>
              <w:spacing w:after="80"/>
              <w:rPr>
                <w:lang w:val="nl-NL"/>
              </w:rPr>
            </w:pPr>
            <w:r w:rsidRPr="006A3155">
              <w:rPr>
                <w:lang w:val="nl-NL"/>
              </w:rPr>
              <w:t>Onderwerp: Webinar 6 oktober – Handvatten voor mantelzorgvriendelijk werken</w:t>
            </w:r>
          </w:p>
          <w:p w14:paraId="616F5650" w14:textId="77777777" w:rsidR="00677939" w:rsidRPr="006A3155" w:rsidRDefault="00000000">
            <w:pPr>
              <w:spacing w:after="80"/>
              <w:rPr>
                <w:lang w:val="nl-NL"/>
              </w:rPr>
            </w:pPr>
            <w:r w:rsidRPr="006A3155">
              <w:rPr>
                <w:lang w:val="nl-NL"/>
              </w:rPr>
              <w:t xml:space="preserve">De Raad van Overleg </w:t>
            </w:r>
            <w:proofErr w:type="spellStart"/>
            <w:r w:rsidRPr="006A3155">
              <w:rPr>
                <w:lang w:val="nl-NL"/>
              </w:rPr>
              <w:t>Metalektro</w:t>
            </w:r>
            <w:proofErr w:type="spellEnd"/>
            <w:r w:rsidRPr="006A3155">
              <w:rPr>
                <w:lang w:val="nl-NL"/>
              </w:rPr>
              <w:t xml:space="preserve"> (ROM) voert samen met de sociale partners opnieuw campagne over werk en mantelzorg. Als onderdeel daarvan organiseren we op 6 oktober het </w:t>
            </w:r>
            <w:proofErr w:type="spellStart"/>
            <w:r w:rsidRPr="006A3155">
              <w:rPr>
                <w:lang w:val="nl-NL"/>
              </w:rPr>
              <w:t>webinar</w:t>
            </w:r>
            <w:proofErr w:type="spellEnd"/>
            <w:r w:rsidRPr="006A3155">
              <w:rPr>
                <w:lang w:val="nl-NL"/>
              </w:rPr>
              <w:t>:</w:t>
            </w:r>
          </w:p>
          <w:p w14:paraId="074F2025" w14:textId="77777777" w:rsidR="00677939" w:rsidRPr="006A3155" w:rsidRDefault="00000000">
            <w:pPr>
              <w:spacing w:after="80"/>
              <w:rPr>
                <w:lang w:val="nl-NL"/>
              </w:rPr>
            </w:pPr>
            <w:r w:rsidRPr="006A3155">
              <w:rPr>
                <w:lang w:val="nl-NL"/>
              </w:rPr>
              <w:t>Handvatten voor mantelzorgvriendelijk werken</w:t>
            </w:r>
            <w:r w:rsidRPr="006A3155">
              <w:rPr>
                <w:lang w:val="nl-NL"/>
              </w:rPr>
              <w:br/>
              <w:t>6 oktober | 15.00–15.45 uur</w:t>
            </w:r>
          </w:p>
          <w:p w14:paraId="0190E032" w14:textId="77777777" w:rsidR="00677939" w:rsidRPr="006A3155" w:rsidRDefault="00000000">
            <w:pPr>
              <w:spacing w:after="80"/>
              <w:rPr>
                <w:lang w:val="nl-NL"/>
              </w:rPr>
            </w:pPr>
            <w:r w:rsidRPr="006A3155">
              <w:rPr>
                <w:lang w:val="nl-NL"/>
              </w:rPr>
              <w:t>Maak kennis met de mantelzorgmakelaar en ontdek wat je als werkgever kunt doen richting 10 november, de Dag van de Mantelzorg. Je krijgt praktische handvatten voor het gesprek, maatwerk en passende ondersteuning.</w:t>
            </w:r>
          </w:p>
          <w:p w14:paraId="2DF58CD9" w14:textId="77777777" w:rsidR="00677939" w:rsidRPr="006A3155" w:rsidRDefault="00000000">
            <w:pPr>
              <w:spacing w:after="80"/>
              <w:rPr>
                <w:lang w:val="nl-NL"/>
              </w:rPr>
            </w:pPr>
            <w:r w:rsidRPr="006A3155">
              <w:rPr>
                <w:lang w:val="nl-NL"/>
              </w:rPr>
              <w:t>Voor HR-professionals en leidinggevenden.</w:t>
            </w:r>
          </w:p>
          <w:p w14:paraId="40291A87" w14:textId="7B797E43" w:rsidR="002169A0" w:rsidRPr="002169A0" w:rsidRDefault="002169A0">
            <w:pPr>
              <w:spacing w:after="80"/>
              <w:rPr>
                <w:lang w:val="nl-NL"/>
              </w:rPr>
            </w:pPr>
            <w:r w:rsidRPr="002169A0">
              <w:rPr>
                <w:lang w:val="nl-NL"/>
              </w:rPr>
              <w:t>Meld je aan</w:t>
            </w:r>
            <w:r w:rsidR="00000000" w:rsidRPr="002169A0">
              <w:rPr>
                <w:lang w:val="nl-NL"/>
              </w:rPr>
              <w:t xml:space="preserve">: </w:t>
            </w:r>
            <w:hyperlink r:id="rId12" w:history="1">
              <w:r w:rsidRPr="003F2A53">
                <w:rPr>
                  <w:rStyle w:val="Hyperlink"/>
                  <w:lang w:val="nl-NL"/>
                </w:rPr>
                <w:t>https://forms.cloud.microsoft/e/MF7LUQ0VMn</w:t>
              </w:r>
            </w:hyperlink>
          </w:p>
        </w:tc>
      </w:tr>
    </w:tbl>
    <w:p w14:paraId="7E926302" w14:textId="77777777" w:rsidR="00677939" w:rsidRDefault="00000000">
      <w:pPr>
        <w:keepNext/>
        <w:spacing w:before="80" w:after="20"/>
      </w:pPr>
      <w:r>
        <w:rPr>
          <w:b/>
          <w:color w:val="1A8B9D"/>
        </w:rPr>
        <w:t>Korte reminder</w:t>
      </w:r>
    </w:p>
    <w:p w14:paraId="50ED4820" w14:textId="77777777" w:rsidR="00677939" w:rsidRPr="006A3155" w:rsidRDefault="00000000">
      <w:pPr>
        <w:keepNext/>
        <w:spacing w:after="40"/>
        <w:rPr>
          <w:lang w:val="nl-NL"/>
        </w:rPr>
      </w:pPr>
      <w:r w:rsidRPr="006A3155">
        <w:rPr>
          <w:b/>
          <w:color w:val="5F6B73"/>
          <w:sz w:val="17"/>
          <w:lang w:val="nl-NL"/>
        </w:rPr>
        <w:t>Advies moment: week 40 (28 september–4 oktober), bij voorkeur 1 of 2 oktober</w:t>
      </w:r>
    </w:p>
    <w:tbl>
      <w:tblPr>
        <w:tblW w:w="0" w:type="auto"/>
        <w:tblLook w:val="04A0" w:firstRow="1" w:lastRow="0" w:firstColumn="1" w:lastColumn="0" w:noHBand="0" w:noVBand="1"/>
      </w:tblPr>
      <w:tblGrid>
        <w:gridCol w:w="10312"/>
      </w:tblGrid>
      <w:tr w:rsidR="00677939" w:rsidRPr="006A3155" w14:paraId="6398F2F1" w14:textId="77777777">
        <w:trPr>
          <w:cantSplit/>
        </w:trPr>
        <w:tc>
          <w:tcPr>
            <w:tcW w:w="10312" w:type="dxa"/>
            <w:shd w:val="clear" w:color="auto" w:fill="F7F9FA"/>
            <w:tcMar>
              <w:top w:w="95" w:type="dxa"/>
              <w:left w:w="110" w:type="dxa"/>
              <w:bottom w:w="95" w:type="dxa"/>
              <w:right w:w="110" w:type="dxa"/>
            </w:tcMar>
          </w:tcPr>
          <w:p w14:paraId="39F4CBF7" w14:textId="77777777" w:rsidR="00677939" w:rsidRPr="006A3155" w:rsidRDefault="00000000">
            <w:pPr>
              <w:spacing w:after="80"/>
              <w:rPr>
                <w:lang w:val="nl-NL"/>
              </w:rPr>
            </w:pPr>
            <w:r w:rsidRPr="006A3155">
              <w:rPr>
                <w:lang w:val="nl-NL"/>
              </w:rPr>
              <w:t xml:space="preserve">Op 6 oktober organiseren de ROM en sociale partners het </w:t>
            </w:r>
            <w:proofErr w:type="spellStart"/>
            <w:r w:rsidRPr="006A3155">
              <w:rPr>
                <w:lang w:val="nl-NL"/>
              </w:rPr>
              <w:t>webinar</w:t>
            </w:r>
            <w:proofErr w:type="spellEnd"/>
            <w:r w:rsidRPr="006A3155">
              <w:rPr>
                <w:lang w:val="nl-NL"/>
              </w:rPr>
              <w:t xml:space="preserve"> ‘Handvatten voor mantelzorgvriendelijk werken’.</w:t>
            </w:r>
          </w:p>
          <w:p w14:paraId="7F41A27C" w14:textId="77777777" w:rsidR="00677939" w:rsidRPr="006A3155" w:rsidRDefault="00000000">
            <w:pPr>
              <w:spacing w:after="80"/>
              <w:rPr>
                <w:lang w:val="nl-NL"/>
              </w:rPr>
            </w:pPr>
            <w:r w:rsidRPr="006A3155">
              <w:rPr>
                <w:lang w:val="nl-NL"/>
              </w:rPr>
              <w:t>In 45 minuten krijg je praktische tips voor het gesprek met medewerkers, maak je kennis met de mantelzorgmakelaar en hoor je wat je als werkgever kunt doen richting de Dag van de Mantelzorg.</w:t>
            </w:r>
          </w:p>
          <w:p w14:paraId="1403747F" w14:textId="68901B70" w:rsidR="00677939" w:rsidRPr="006A3155" w:rsidRDefault="00000000">
            <w:pPr>
              <w:spacing w:after="80"/>
              <w:rPr>
                <w:lang w:val="nl-NL"/>
              </w:rPr>
            </w:pPr>
            <w:r w:rsidRPr="006A3155">
              <w:rPr>
                <w:lang w:val="nl-NL"/>
              </w:rPr>
              <w:t>6 oktober | 15.00–15.45 uur</w:t>
            </w:r>
            <w:r w:rsidRPr="006A3155">
              <w:rPr>
                <w:lang w:val="nl-NL"/>
              </w:rPr>
              <w:br/>
            </w:r>
            <w:r w:rsidR="002169A0" w:rsidRPr="002169A0">
              <w:rPr>
                <w:lang w:val="nl-NL"/>
              </w:rPr>
              <w:t xml:space="preserve">Meld je aan: </w:t>
            </w:r>
            <w:hyperlink r:id="rId13" w:history="1">
              <w:r w:rsidR="002169A0" w:rsidRPr="003F2A53">
                <w:rPr>
                  <w:rStyle w:val="Hyperlink"/>
                  <w:lang w:val="nl-NL"/>
                </w:rPr>
                <w:t>https://forms.cloud.microsoft/e/MF7LUQ0VMn</w:t>
              </w:r>
            </w:hyperlink>
          </w:p>
        </w:tc>
      </w:tr>
    </w:tbl>
    <w:p w14:paraId="7DACFA56" w14:textId="1683942F" w:rsidR="00677939" w:rsidRPr="006A3155" w:rsidRDefault="00000000">
      <w:pPr>
        <w:pStyle w:val="H1X"/>
        <w:rPr>
          <w:lang w:val="nl-NL"/>
        </w:rPr>
      </w:pPr>
      <w:r w:rsidRPr="006A3155">
        <w:rPr>
          <w:lang w:val="nl-NL"/>
        </w:rPr>
        <w:lastRenderedPageBreak/>
        <w:t>Rond 10 november – Dag van de Mantelzorg</w:t>
      </w:r>
    </w:p>
    <w:p w14:paraId="700CBFEF" w14:textId="50D89A4D" w:rsidR="00677939" w:rsidRPr="006A3155" w:rsidRDefault="002169A0">
      <w:pPr>
        <w:rPr>
          <w:lang w:val="nl-NL"/>
        </w:rPr>
      </w:pPr>
      <w:r>
        <w:rPr>
          <w:lang w:val="nl-NL"/>
        </w:rPr>
        <w:t xml:space="preserve">Ter inspiratie hebben we </w:t>
      </w:r>
      <w:r w:rsidR="00000000" w:rsidRPr="006A3155">
        <w:rPr>
          <w:lang w:val="nl-NL"/>
        </w:rPr>
        <w:t xml:space="preserve">drie verschillende invalshoeken </w:t>
      </w:r>
      <w:r>
        <w:rPr>
          <w:lang w:val="nl-NL"/>
        </w:rPr>
        <w:t>voor berichten uitgewerkt</w:t>
      </w:r>
      <w:r w:rsidR="00000000" w:rsidRPr="006A3155">
        <w:rPr>
          <w:lang w:val="nl-NL"/>
        </w:rPr>
        <w:t>: gesprek, maatwerk en aandacht op de dag zelf.</w:t>
      </w:r>
    </w:p>
    <w:p w14:paraId="342C160E" w14:textId="77777777" w:rsidR="00677939" w:rsidRPr="006A3155" w:rsidRDefault="00000000">
      <w:pPr>
        <w:keepNext/>
        <w:spacing w:before="80" w:after="20"/>
        <w:rPr>
          <w:lang w:val="nl-NL"/>
        </w:rPr>
      </w:pPr>
      <w:r w:rsidRPr="006A3155">
        <w:rPr>
          <w:b/>
          <w:color w:val="1A8B9D"/>
          <w:lang w:val="nl-NL"/>
        </w:rPr>
        <w:t>Inspiratiepost 1 – begin bij het gesprek</w:t>
      </w:r>
    </w:p>
    <w:p w14:paraId="1A56F606" w14:textId="392CDD25" w:rsidR="00677939" w:rsidRPr="006A3155" w:rsidRDefault="00000000">
      <w:pPr>
        <w:keepNext/>
        <w:spacing w:after="40"/>
        <w:rPr>
          <w:lang w:val="nl-NL"/>
        </w:rPr>
      </w:pPr>
      <w:r w:rsidRPr="006A3155">
        <w:rPr>
          <w:b/>
          <w:color w:val="5F6B73"/>
          <w:sz w:val="17"/>
          <w:lang w:val="nl-NL"/>
        </w:rPr>
        <w:t>Advies moment: week 45</w:t>
      </w:r>
    </w:p>
    <w:tbl>
      <w:tblPr>
        <w:tblW w:w="0" w:type="auto"/>
        <w:tblLook w:val="04A0" w:firstRow="1" w:lastRow="0" w:firstColumn="1" w:lastColumn="0" w:noHBand="0" w:noVBand="1"/>
      </w:tblPr>
      <w:tblGrid>
        <w:gridCol w:w="10312"/>
      </w:tblGrid>
      <w:tr w:rsidR="00677939" w:rsidRPr="00AB10C4" w14:paraId="4206D20E" w14:textId="77777777">
        <w:trPr>
          <w:cantSplit/>
        </w:trPr>
        <w:tc>
          <w:tcPr>
            <w:tcW w:w="10312" w:type="dxa"/>
            <w:shd w:val="clear" w:color="auto" w:fill="F7F9FA"/>
            <w:tcMar>
              <w:top w:w="95" w:type="dxa"/>
              <w:left w:w="110" w:type="dxa"/>
              <w:bottom w:w="95" w:type="dxa"/>
              <w:right w:w="110" w:type="dxa"/>
            </w:tcMar>
          </w:tcPr>
          <w:p w14:paraId="1528FCFA" w14:textId="77777777" w:rsidR="00677939" w:rsidRPr="006A3155" w:rsidRDefault="00000000">
            <w:pPr>
              <w:spacing w:after="80"/>
              <w:rPr>
                <w:lang w:val="nl-NL"/>
              </w:rPr>
            </w:pPr>
            <w:r w:rsidRPr="006A3155">
              <w:rPr>
                <w:lang w:val="nl-NL"/>
              </w:rPr>
              <w:t>10 november is de Dag van de Mantelzorg. Een goed moment om in je organisatie extra aandacht te geven aan medewerkers die werk combineren met zorg voor een naaste.</w:t>
            </w:r>
          </w:p>
          <w:p w14:paraId="607DD085" w14:textId="77777777" w:rsidR="00677939" w:rsidRPr="006A3155" w:rsidRDefault="00000000">
            <w:pPr>
              <w:spacing w:after="80"/>
              <w:rPr>
                <w:lang w:val="nl-NL"/>
              </w:rPr>
            </w:pPr>
            <w:r w:rsidRPr="006A3155">
              <w:rPr>
                <w:lang w:val="nl-NL"/>
              </w:rPr>
              <w:t>Een eerste stap is het gesprek. Vraag bijvoorbeeld: ‘Hoe gaat het met de combinatie van werk en mantelzorg?’ en ‘Wat zou op dit moment helpen?’</w:t>
            </w:r>
          </w:p>
          <w:p w14:paraId="2B179048" w14:textId="678B4E41" w:rsidR="00677939" w:rsidRPr="00457914" w:rsidRDefault="00000000">
            <w:pPr>
              <w:spacing w:after="80"/>
              <w:rPr>
                <w:lang w:val="nl-NL"/>
              </w:rPr>
            </w:pPr>
            <w:r w:rsidRPr="006A3155">
              <w:rPr>
                <w:lang w:val="nl-NL"/>
              </w:rPr>
              <w:t xml:space="preserve">Op </w:t>
            </w:r>
            <w:hyperlink r:id="rId14" w:history="1">
              <w:r w:rsidRPr="00AB10C4">
                <w:rPr>
                  <w:rStyle w:val="Hyperlink"/>
                  <w:lang w:val="nl-NL"/>
                </w:rPr>
                <w:t>mantelzorgmetalektro.nl</w:t>
              </w:r>
            </w:hyperlink>
            <w:r w:rsidRPr="006A3155">
              <w:rPr>
                <w:lang w:val="nl-NL"/>
              </w:rPr>
              <w:t xml:space="preserve"> vind je gesprekstips en praktische hulpmiddelen om daarmee aan de slag te gaan.</w:t>
            </w:r>
          </w:p>
        </w:tc>
      </w:tr>
    </w:tbl>
    <w:p w14:paraId="1AB529E5" w14:textId="77777777" w:rsidR="00677939" w:rsidRPr="006A3155" w:rsidRDefault="00000000">
      <w:pPr>
        <w:keepNext/>
        <w:spacing w:before="80" w:after="20"/>
        <w:rPr>
          <w:lang w:val="nl-NL"/>
        </w:rPr>
      </w:pPr>
      <w:r w:rsidRPr="006A3155">
        <w:rPr>
          <w:b/>
          <w:color w:val="1A8B9D"/>
          <w:lang w:val="nl-NL"/>
        </w:rPr>
        <w:t>Inspiratiepost 2 – laat zien wat maatwerk kan zijn</w:t>
      </w:r>
    </w:p>
    <w:p w14:paraId="3315029F" w14:textId="092C9F99" w:rsidR="00677939" w:rsidRPr="006A3155" w:rsidRDefault="00000000">
      <w:pPr>
        <w:keepNext/>
        <w:spacing w:after="40"/>
        <w:rPr>
          <w:lang w:val="nl-NL"/>
        </w:rPr>
      </w:pPr>
      <w:r w:rsidRPr="006A3155">
        <w:rPr>
          <w:b/>
          <w:color w:val="5F6B73"/>
          <w:sz w:val="17"/>
          <w:lang w:val="nl-NL"/>
        </w:rPr>
        <w:t>Advies moment: week 45</w:t>
      </w:r>
    </w:p>
    <w:tbl>
      <w:tblPr>
        <w:tblW w:w="0" w:type="auto"/>
        <w:tblLook w:val="04A0" w:firstRow="1" w:lastRow="0" w:firstColumn="1" w:lastColumn="0" w:noHBand="0" w:noVBand="1"/>
      </w:tblPr>
      <w:tblGrid>
        <w:gridCol w:w="10312"/>
      </w:tblGrid>
      <w:tr w:rsidR="00677939" w:rsidRPr="006A3155" w14:paraId="7083062D" w14:textId="77777777">
        <w:trPr>
          <w:cantSplit/>
        </w:trPr>
        <w:tc>
          <w:tcPr>
            <w:tcW w:w="10312" w:type="dxa"/>
            <w:shd w:val="clear" w:color="auto" w:fill="F7F9FA"/>
            <w:tcMar>
              <w:top w:w="95" w:type="dxa"/>
              <w:left w:w="110" w:type="dxa"/>
              <w:bottom w:w="95" w:type="dxa"/>
              <w:right w:w="110" w:type="dxa"/>
            </w:tcMar>
          </w:tcPr>
          <w:p w14:paraId="48124BBA" w14:textId="77777777" w:rsidR="00677939" w:rsidRPr="006A3155" w:rsidRDefault="00000000">
            <w:pPr>
              <w:spacing w:after="80"/>
              <w:rPr>
                <w:lang w:val="nl-NL"/>
              </w:rPr>
            </w:pPr>
            <w:r w:rsidRPr="006A3155">
              <w:rPr>
                <w:lang w:val="nl-NL"/>
              </w:rPr>
              <w:t>Geen mantelzorgsituatie is hetzelfde. Juist daarom kan maatwerk helpen.</w:t>
            </w:r>
          </w:p>
          <w:p w14:paraId="00F000BB" w14:textId="77777777" w:rsidR="00677939" w:rsidRPr="006A3155" w:rsidRDefault="00000000">
            <w:pPr>
              <w:spacing w:after="80"/>
              <w:rPr>
                <w:lang w:val="nl-NL"/>
              </w:rPr>
            </w:pPr>
            <w:r w:rsidRPr="006A3155">
              <w:rPr>
                <w:lang w:val="nl-NL"/>
              </w:rPr>
              <w:t>Denk aan tijdelijk andere werktijden, een aangepast rooster, een andere taakverdeling of hulp bij de zorgsituatie thuis. Op mantelzorgmetalektro.nl vind je voorbeelden uit de praktijk die kunnen helpen om samen te kijken wat werkbaar is voor medewerker én organisatie.</w:t>
            </w:r>
          </w:p>
          <w:p w14:paraId="1258B777" w14:textId="0C34D441" w:rsidR="00677939" w:rsidRPr="006A3155" w:rsidRDefault="00000000">
            <w:pPr>
              <w:spacing w:after="80"/>
              <w:rPr>
                <w:lang w:val="nl-NL"/>
              </w:rPr>
            </w:pPr>
            <w:r w:rsidRPr="006A3155">
              <w:rPr>
                <w:lang w:val="nl-NL"/>
              </w:rPr>
              <w:t>Bekijk de voorbeelden</w:t>
            </w:r>
            <w:r w:rsidR="00AB10C4">
              <w:rPr>
                <w:lang w:val="nl-NL"/>
              </w:rPr>
              <w:t xml:space="preserve"> in de bijlage en ga voor meer informatie naar </w:t>
            </w:r>
            <w:hyperlink r:id="rId15" w:history="1">
              <w:r w:rsidR="00AB10C4" w:rsidRPr="003F2A53">
                <w:rPr>
                  <w:rStyle w:val="Hyperlink"/>
                  <w:lang w:val="nl-NL"/>
                </w:rPr>
                <w:t>https://www.mantelzorgmetalektro.nl/</w:t>
              </w:r>
            </w:hyperlink>
          </w:p>
        </w:tc>
      </w:tr>
    </w:tbl>
    <w:p w14:paraId="6D90EFA8" w14:textId="77777777" w:rsidR="00677939" w:rsidRDefault="00000000">
      <w:pPr>
        <w:keepNext/>
        <w:spacing w:before="80" w:after="20"/>
      </w:pPr>
      <w:proofErr w:type="spellStart"/>
      <w:r>
        <w:rPr>
          <w:b/>
          <w:color w:val="1A8B9D"/>
        </w:rPr>
        <w:t>Dagbericht</w:t>
      </w:r>
      <w:proofErr w:type="spellEnd"/>
      <w:r>
        <w:rPr>
          <w:b/>
          <w:color w:val="1A8B9D"/>
        </w:rPr>
        <w:t xml:space="preserve"> – 10 </w:t>
      </w:r>
      <w:proofErr w:type="spellStart"/>
      <w:r>
        <w:rPr>
          <w:b/>
          <w:color w:val="1A8B9D"/>
        </w:rPr>
        <w:t>november</w:t>
      </w:r>
      <w:proofErr w:type="spellEnd"/>
    </w:p>
    <w:p w14:paraId="6C46F9A3" w14:textId="77777777" w:rsidR="00677939" w:rsidRDefault="00000000">
      <w:pPr>
        <w:keepNext/>
        <w:spacing w:after="40"/>
      </w:pPr>
      <w:r>
        <w:rPr>
          <w:b/>
          <w:color w:val="5F6B73"/>
          <w:sz w:val="17"/>
        </w:rPr>
        <w:t>Advies moment: 10 november</w:t>
      </w:r>
    </w:p>
    <w:tbl>
      <w:tblPr>
        <w:tblW w:w="0" w:type="auto"/>
        <w:tblLook w:val="04A0" w:firstRow="1" w:lastRow="0" w:firstColumn="1" w:lastColumn="0" w:noHBand="0" w:noVBand="1"/>
      </w:tblPr>
      <w:tblGrid>
        <w:gridCol w:w="10312"/>
      </w:tblGrid>
      <w:tr w:rsidR="00677939" w:rsidRPr="006A3155" w14:paraId="3917CE3F" w14:textId="77777777">
        <w:trPr>
          <w:cantSplit/>
        </w:trPr>
        <w:tc>
          <w:tcPr>
            <w:tcW w:w="10312" w:type="dxa"/>
            <w:shd w:val="clear" w:color="auto" w:fill="F7F9FA"/>
            <w:tcMar>
              <w:top w:w="95" w:type="dxa"/>
              <w:left w:w="110" w:type="dxa"/>
              <w:bottom w:w="95" w:type="dxa"/>
              <w:right w:w="110" w:type="dxa"/>
            </w:tcMar>
          </w:tcPr>
          <w:p w14:paraId="79E3DAEC" w14:textId="77777777" w:rsidR="00677939" w:rsidRPr="006A3155" w:rsidRDefault="00000000">
            <w:pPr>
              <w:spacing w:after="80"/>
              <w:rPr>
                <w:lang w:val="nl-NL"/>
              </w:rPr>
            </w:pPr>
            <w:r w:rsidRPr="006A3155">
              <w:rPr>
                <w:lang w:val="nl-NL"/>
              </w:rPr>
              <w:t>Vandaag is het de Dag van de Mantelzorg.</w:t>
            </w:r>
          </w:p>
          <w:p w14:paraId="3552818D" w14:textId="77777777" w:rsidR="00677939" w:rsidRPr="006A3155" w:rsidRDefault="00000000">
            <w:pPr>
              <w:spacing w:after="80"/>
              <w:rPr>
                <w:lang w:val="nl-NL"/>
              </w:rPr>
            </w:pPr>
            <w:r w:rsidRPr="006A3155">
              <w:rPr>
                <w:lang w:val="nl-NL"/>
              </w:rPr>
              <w:t>De ROM en sociale partners voeren opnieuw campagne over werk en mantelzorg. Een goed moment om stil te staan bij collega’s die hun baan combineren met zorg voor een naaste – en om te kijken wat kan helpen.</w:t>
            </w:r>
          </w:p>
          <w:p w14:paraId="072F352E" w14:textId="6F76BC90" w:rsidR="00677939" w:rsidRPr="006A3155" w:rsidRDefault="00000000">
            <w:pPr>
              <w:spacing w:after="80"/>
              <w:rPr>
                <w:lang w:val="nl-NL"/>
              </w:rPr>
            </w:pPr>
            <w:r w:rsidRPr="006A3155">
              <w:rPr>
                <w:lang w:val="nl-NL"/>
              </w:rPr>
              <w:t xml:space="preserve">Op </w:t>
            </w:r>
            <w:hyperlink r:id="rId16" w:history="1">
              <w:r w:rsidRPr="00AB10C4">
                <w:rPr>
                  <w:rStyle w:val="Hyperlink"/>
                  <w:lang w:val="nl-NL"/>
                </w:rPr>
                <w:t>mantelzorgmetalektro.nl</w:t>
              </w:r>
            </w:hyperlink>
            <w:r w:rsidRPr="006A3155">
              <w:rPr>
                <w:lang w:val="nl-NL"/>
              </w:rPr>
              <w:t xml:space="preserve"> vind je gesprekstips, voorbeelden van maatwerk en informatie over passende hulp.</w:t>
            </w:r>
          </w:p>
        </w:tc>
      </w:tr>
    </w:tbl>
    <w:p w14:paraId="4B741B03" w14:textId="77777777" w:rsidR="00677939" w:rsidRPr="006A3155" w:rsidRDefault="00677939">
      <w:pPr>
        <w:spacing w:after="40"/>
        <w:rPr>
          <w:lang w:val="nl-NL"/>
        </w:rPr>
      </w:pPr>
    </w:p>
    <w:p w14:paraId="403D1E2D" w14:textId="26BF5DF0" w:rsidR="00677939" w:rsidRPr="006A3155" w:rsidRDefault="00000000">
      <w:pPr>
        <w:pStyle w:val="H1X"/>
        <w:rPr>
          <w:lang w:val="nl-NL"/>
        </w:rPr>
      </w:pPr>
      <w:r w:rsidRPr="006A3155">
        <w:rPr>
          <w:lang w:val="nl-NL"/>
        </w:rPr>
        <w:t>Webinar 17 november – OR</w:t>
      </w:r>
    </w:p>
    <w:p w14:paraId="03BB8742" w14:textId="77777777" w:rsidR="00677939" w:rsidRPr="006A3155" w:rsidRDefault="00000000">
      <w:pPr>
        <w:keepNext/>
        <w:spacing w:before="80" w:after="20"/>
        <w:rPr>
          <w:lang w:val="nl-NL"/>
        </w:rPr>
      </w:pPr>
      <w:r w:rsidRPr="006A3155">
        <w:rPr>
          <w:b/>
          <w:color w:val="1A8B9D"/>
          <w:lang w:val="nl-NL"/>
        </w:rPr>
        <w:t>Uitnodiging</w:t>
      </w:r>
    </w:p>
    <w:p w14:paraId="4C409976" w14:textId="77777777" w:rsidR="00677939" w:rsidRPr="006A3155" w:rsidRDefault="00000000">
      <w:pPr>
        <w:keepNext/>
        <w:spacing w:after="40"/>
        <w:rPr>
          <w:lang w:val="nl-NL"/>
        </w:rPr>
      </w:pPr>
      <w:r w:rsidRPr="006A3155">
        <w:rPr>
          <w:b/>
          <w:color w:val="5F6B73"/>
          <w:sz w:val="17"/>
          <w:lang w:val="nl-NL"/>
        </w:rPr>
        <w:t>Advies moment: week 45 (2–8 november)</w:t>
      </w:r>
    </w:p>
    <w:tbl>
      <w:tblPr>
        <w:tblW w:w="0" w:type="auto"/>
        <w:tblLook w:val="04A0" w:firstRow="1" w:lastRow="0" w:firstColumn="1" w:lastColumn="0" w:noHBand="0" w:noVBand="1"/>
      </w:tblPr>
      <w:tblGrid>
        <w:gridCol w:w="10312"/>
      </w:tblGrid>
      <w:tr w:rsidR="00677939" w:rsidRPr="002169A0" w14:paraId="46AB130A" w14:textId="77777777">
        <w:trPr>
          <w:cantSplit/>
        </w:trPr>
        <w:tc>
          <w:tcPr>
            <w:tcW w:w="10312" w:type="dxa"/>
            <w:shd w:val="clear" w:color="auto" w:fill="F7F9FA"/>
            <w:tcMar>
              <w:top w:w="95" w:type="dxa"/>
              <w:left w:w="110" w:type="dxa"/>
              <w:bottom w:w="95" w:type="dxa"/>
              <w:right w:w="110" w:type="dxa"/>
            </w:tcMar>
          </w:tcPr>
          <w:p w14:paraId="654C1D54" w14:textId="77777777" w:rsidR="00677939" w:rsidRPr="006A3155" w:rsidRDefault="00000000">
            <w:pPr>
              <w:spacing w:after="80"/>
              <w:rPr>
                <w:lang w:val="nl-NL"/>
              </w:rPr>
            </w:pPr>
            <w:r w:rsidRPr="006A3155">
              <w:rPr>
                <w:lang w:val="nl-NL"/>
              </w:rPr>
              <w:t>Onderwerp: Webinar 17 november – Mantelzorg op het werk, een zaak van de OR</w:t>
            </w:r>
          </w:p>
          <w:p w14:paraId="340E1B13" w14:textId="77777777" w:rsidR="00677939" w:rsidRPr="006A3155" w:rsidRDefault="00000000">
            <w:pPr>
              <w:spacing w:after="80"/>
              <w:rPr>
                <w:lang w:val="nl-NL"/>
              </w:rPr>
            </w:pPr>
            <w:r w:rsidRPr="006A3155">
              <w:rPr>
                <w:lang w:val="nl-NL"/>
              </w:rPr>
              <w:t xml:space="preserve">De Raad van Overleg </w:t>
            </w:r>
            <w:proofErr w:type="spellStart"/>
            <w:r w:rsidRPr="006A3155">
              <w:rPr>
                <w:lang w:val="nl-NL"/>
              </w:rPr>
              <w:t>Metalektro</w:t>
            </w:r>
            <w:proofErr w:type="spellEnd"/>
            <w:r w:rsidRPr="006A3155">
              <w:rPr>
                <w:lang w:val="nl-NL"/>
              </w:rPr>
              <w:t xml:space="preserve"> (ROM) voert samen met de sociale partners opnieuw campagne over werk en mantelzorg. Ook de ondernemingsraad kan helpen om het onderwerp eerder op tafel te krijgen.</w:t>
            </w:r>
          </w:p>
          <w:p w14:paraId="1C316F89" w14:textId="77777777" w:rsidR="00677939" w:rsidRPr="006A3155" w:rsidRDefault="00000000">
            <w:pPr>
              <w:spacing w:after="80"/>
              <w:rPr>
                <w:lang w:val="nl-NL"/>
              </w:rPr>
            </w:pPr>
            <w:r w:rsidRPr="006A3155">
              <w:rPr>
                <w:lang w:val="nl-NL"/>
              </w:rPr>
              <w:t>Mantelzorg op het werk, een zaak van de OR</w:t>
            </w:r>
            <w:r w:rsidRPr="006A3155">
              <w:rPr>
                <w:lang w:val="nl-NL"/>
              </w:rPr>
              <w:br/>
              <w:t>17 november | 15.00–15.45 uur</w:t>
            </w:r>
          </w:p>
          <w:p w14:paraId="2F90A71F" w14:textId="77777777" w:rsidR="00677939" w:rsidRPr="006A3155" w:rsidRDefault="00000000">
            <w:pPr>
              <w:spacing w:after="80"/>
              <w:rPr>
                <w:lang w:val="nl-NL"/>
              </w:rPr>
            </w:pPr>
            <w:r w:rsidRPr="006A3155">
              <w:rPr>
                <w:lang w:val="nl-NL"/>
              </w:rPr>
              <w:t xml:space="preserve">Wat kun je als ondernemingsraad doen om werk en mantelzorg bespreekbaar te maken in de organisatie? In dit </w:t>
            </w:r>
            <w:proofErr w:type="spellStart"/>
            <w:r w:rsidRPr="006A3155">
              <w:rPr>
                <w:lang w:val="nl-NL"/>
              </w:rPr>
              <w:t>webinar</w:t>
            </w:r>
            <w:proofErr w:type="spellEnd"/>
            <w:r w:rsidRPr="006A3155">
              <w:rPr>
                <w:lang w:val="nl-NL"/>
              </w:rPr>
              <w:t xml:space="preserve"> krijg je praktische aanknopingspunten voor jouw rol als OR-lid.</w:t>
            </w:r>
          </w:p>
          <w:p w14:paraId="5B682D9F" w14:textId="0C345E03" w:rsidR="00677939" w:rsidRPr="002169A0" w:rsidRDefault="002169A0">
            <w:pPr>
              <w:spacing w:after="80"/>
              <w:rPr>
                <w:lang w:val="nl-NL"/>
              </w:rPr>
            </w:pPr>
            <w:r w:rsidRPr="002169A0">
              <w:rPr>
                <w:lang w:val="nl-NL"/>
              </w:rPr>
              <w:t xml:space="preserve">Meld je aan: </w:t>
            </w:r>
            <w:hyperlink r:id="rId17" w:history="1">
              <w:r w:rsidRPr="003F2A53">
                <w:rPr>
                  <w:rStyle w:val="Hyperlink"/>
                  <w:lang w:val="nl-NL"/>
                </w:rPr>
                <w:t>https://forms.cloud.microsoft/e/MF7LUQ0VMn</w:t>
              </w:r>
            </w:hyperlink>
          </w:p>
        </w:tc>
      </w:tr>
    </w:tbl>
    <w:p w14:paraId="2C063E27" w14:textId="77777777" w:rsidR="00677939" w:rsidRDefault="00000000">
      <w:pPr>
        <w:keepNext/>
        <w:spacing w:before="80" w:after="20"/>
      </w:pPr>
      <w:r>
        <w:rPr>
          <w:b/>
          <w:color w:val="1A8B9D"/>
        </w:rPr>
        <w:lastRenderedPageBreak/>
        <w:t>Korte reminder</w:t>
      </w:r>
    </w:p>
    <w:p w14:paraId="068B17A4" w14:textId="77777777" w:rsidR="00677939" w:rsidRPr="006A3155" w:rsidRDefault="00000000">
      <w:pPr>
        <w:keepNext/>
        <w:spacing w:after="40"/>
        <w:rPr>
          <w:lang w:val="nl-NL"/>
        </w:rPr>
      </w:pPr>
      <w:r w:rsidRPr="006A3155">
        <w:rPr>
          <w:b/>
          <w:color w:val="5F6B73"/>
          <w:sz w:val="17"/>
          <w:lang w:val="nl-NL"/>
        </w:rPr>
        <w:t>Advies moment: week 46 (9–15 november), bij voorkeur 11 of 12 november</w:t>
      </w:r>
    </w:p>
    <w:tbl>
      <w:tblPr>
        <w:tblW w:w="0" w:type="auto"/>
        <w:tblLook w:val="04A0" w:firstRow="1" w:lastRow="0" w:firstColumn="1" w:lastColumn="0" w:noHBand="0" w:noVBand="1"/>
      </w:tblPr>
      <w:tblGrid>
        <w:gridCol w:w="10312"/>
      </w:tblGrid>
      <w:tr w:rsidR="00677939" w:rsidRPr="006A3155" w14:paraId="7D5A66EC" w14:textId="77777777">
        <w:trPr>
          <w:cantSplit/>
        </w:trPr>
        <w:tc>
          <w:tcPr>
            <w:tcW w:w="10312" w:type="dxa"/>
            <w:shd w:val="clear" w:color="auto" w:fill="F7F9FA"/>
            <w:tcMar>
              <w:top w:w="95" w:type="dxa"/>
              <w:left w:w="110" w:type="dxa"/>
              <w:bottom w:w="95" w:type="dxa"/>
              <w:right w:w="110" w:type="dxa"/>
            </w:tcMar>
          </w:tcPr>
          <w:p w14:paraId="2116AE45" w14:textId="77777777" w:rsidR="00677939" w:rsidRPr="006A3155" w:rsidRDefault="00000000">
            <w:pPr>
              <w:spacing w:after="80"/>
              <w:rPr>
                <w:lang w:val="nl-NL"/>
              </w:rPr>
            </w:pPr>
            <w:r w:rsidRPr="006A3155">
              <w:rPr>
                <w:lang w:val="nl-NL"/>
              </w:rPr>
              <w:t xml:space="preserve">Op 17 november organiseren de ROM en sociale partners het </w:t>
            </w:r>
            <w:proofErr w:type="spellStart"/>
            <w:r w:rsidRPr="006A3155">
              <w:rPr>
                <w:lang w:val="nl-NL"/>
              </w:rPr>
              <w:t>webinar</w:t>
            </w:r>
            <w:proofErr w:type="spellEnd"/>
            <w:r w:rsidRPr="006A3155">
              <w:rPr>
                <w:lang w:val="nl-NL"/>
              </w:rPr>
              <w:t xml:space="preserve"> ‘Mantelzorg op het werk, een zaak van de OR’.</w:t>
            </w:r>
          </w:p>
          <w:p w14:paraId="7E284FAD" w14:textId="77777777" w:rsidR="00677939" w:rsidRPr="006A3155" w:rsidRDefault="00000000">
            <w:pPr>
              <w:spacing w:after="80"/>
              <w:rPr>
                <w:lang w:val="nl-NL"/>
              </w:rPr>
            </w:pPr>
            <w:r w:rsidRPr="006A3155">
              <w:rPr>
                <w:lang w:val="nl-NL"/>
              </w:rPr>
              <w:t>Ontdek wat de OR kan doen om werk en mantelzorg eerder bespreekbaar te maken en aandacht voor het onderwerp te borgen in de organisatie.</w:t>
            </w:r>
          </w:p>
          <w:p w14:paraId="6B858C0B" w14:textId="3CD86D6B" w:rsidR="00677939" w:rsidRPr="006A3155" w:rsidRDefault="00000000">
            <w:pPr>
              <w:spacing w:after="80"/>
              <w:rPr>
                <w:lang w:val="nl-NL"/>
              </w:rPr>
            </w:pPr>
            <w:r w:rsidRPr="006A3155">
              <w:rPr>
                <w:lang w:val="nl-NL"/>
              </w:rPr>
              <w:t>17 november | 15.00–15.45 uur</w:t>
            </w:r>
            <w:r w:rsidRPr="006A3155">
              <w:rPr>
                <w:lang w:val="nl-NL"/>
              </w:rPr>
              <w:br/>
            </w:r>
            <w:r w:rsidR="002169A0" w:rsidRPr="002169A0">
              <w:rPr>
                <w:lang w:val="nl-NL"/>
              </w:rPr>
              <w:t xml:space="preserve">Meld je aan: </w:t>
            </w:r>
            <w:hyperlink r:id="rId18" w:history="1">
              <w:r w:rsidR="002169A0" w:rsidRPr="003F2A53">
                <w:rPr>
                  <w:rStyle w:val="Hyperlink"/>
                  <w:lang w:val="nl-NL"/>
                </w:rPr>
                <w:t>https://forms.cloud.microsoft/e/MF7LUQ0VMn</w:t>
              </w:r>
            </w:hyperlink>
          </w:p>
        </w:tc>
      </w:tr>
    </w:tbl>
    <w:p w14:paraId="102B5F5A" w14:textId="44EF2DDD" w:rsidR="00677939" w:rsidRPr="006A3155" w:rsidRDefault="00000000">
      <w:pPr>
        <w:pStyle w:val="H1X"/>
        <w:rPr>
          <w:lang w:val="nl-NL"/>
        </w:rPr>
      </w:pPr>
      <w:r w:rsidRPr="006A3155">
        <w:rPr>
          <w:lang w:val="nl-NL"/>
        </w:rPr>
        <w:t>Webinar 8 december – medewerkers</w:t>
      </w:r>
    </w:p>
    <w:p w14:paraId="6AF5BDA9" w14:textId="77777777" w:rsidR="00677939" w:rsidRPr="006A3155" w:rsidRDefault="00000000">
      <w:pPr>
        <w:keepNext/>
        <w:spacing w:before="80" w:after="20"/>
        <w:rPr>
          <w:lang w:val="nl-NL"/>
        </w:rPr>
      </w:pPr>
      <w:proofErr w:type="gramStart"/>
      <w:r w:rsidRPr="006A3155">
        <w:rPr>
          <w:b/>
          <w:color w:val="1A8B9D"/>
          <w:lang w:val="nl-NL"/>
        </w:rPr>
        <w:t>Uitnodiging /</w:t>
      </w:r>
      <w:proofErr w:type="gramEnd"/>
      <w:r w:rsidRPr="006A3155">
        <w:rPr>
          <w:b/>
          <w:color w:val="1A8B9D"/>
          <w:lang w:val="nl-NL"/>
        </w:rPr>
        <w:t xml:space="preserve"> doorstuurbericht</w:t>
      </w:r>
    </w:p>
    <w:p w14:paraId="7079DE8C" w14:textId="77777777" w:rsidR="00677939" w:rsidRPr="006A3155" w:rsidRDefault="00000000">
      <w:pPr>
        <w:keepNext/>
        <w:spacing w:after="40"/>
        <w:rPr>
          <w:lang w:val="nl-NL"/>
        </w:rPr>
      </w:pPr>
      <w:r w:rsidRPr="006A3155">
        <w:rPr>
          <w:b/>
          <w:color w:val="5F6B73"/>
          <w:sz w:val="17"/>
          <w:lang w:val="nl-NL"/>
        </w:rPr>
        <w:t>Advies moment: week 48 (23–29 november)</w:t>
      </w:r>
    </w:p>
    <w:tbl>
      <w:tblPr>
        <w:tblW w:w="0" w:type="auto"/>
        <w:tblLook w:val="04A0" w:firstRow="1" w:lastRow="0" w:firstColumn="1" w:lastColumn="0" w:noHBand="0" w:noVBand="1"/>
      </w:tblPr>
      <w:tblGrid>
        <w:gridCol w:w="10312"/>
      </w:tblGrid>
      <w:tr w:rsidR="00677939" w:rsidRPr="002169A0" w14:paraId="14EF3637" w14:textId="77777777">
        <w:trPr>
          <w:cantSplit/>
        </w:trPr>
        <w:tc>
          <w:tcPr>
            <w:tcW w:w="10312" w:type="dxa"/>
            <w:shd w:val="clear" w:color="auto" w:fill="F7F9FA"/>
            <w:tcMar>
              <w:top w:w="95" w:type="dxa"/>
              <w:left w:w="110" w:type="dxa"/>
              <w:bottom w:w="95" w:type="dxa"/>
              <w:right w:w="110" w:type="dxa"/>
            </w:tcMar>
          </w:tcPr>
          <w:p w14:paraId="0E5B9F44" w14:textId="77777777" w:rsidR="00677939" w:rsidRPr="006A3155" w:rsidRDefault="00000000">
            <w:pPr>
              <w:spacing w:after="80"/>
              <w:rPr>
                <w:lang w:val="nl-NL"/>
              </w:rPr>
            </w:pPr>
            <w:r w:rsidRPr="006A3155">
              <w:rPr>
                <w:lang w:val="nl-NL"/>
              </w:rPr>
              <w:t>Onderwerp: Webinar 8 december – Werk en mantelzorg combineren</w:t>
            </w:r>
          </w:p>
          <w:p w14:paraId="6BF9B7A9" w14:textId="77777777" w:rsidR="00677939" w:rsidRPr="006A3155" w:rsidRDefault="00000000">
            <w:pPr>
              <w:spacing w:after="80"/>
              <w:rPr>
                <w:lang w:val="nl-NL"/>
              </w:rPr>
            </w:pPr>
            <w:r w:rsidRPr="006A3155">
              <w:rPr>
                <w:lang w:val="nl-NL"/>
              </w:rPr>
              <w:t xml:space="preserve">De Raad van Overleg </w:t>
            </w:r>
            <w:proofErr w:type="spellStart"/>
            <w:r w:rsidRPr="006A3155">
              <w:rPr>
                <w:lang w:val="nl-NL"/>
              </w:rPr>
              <w:t>Metalektro</w:t>
            </w:r>
            <w:proofErr w:type="spellEnd"/>
            <w:r w:rsidRPr="006A3155">
              <w:rPr>
                <w:lang w:val="nl-NL"/>
              </w:rPr>
              <w:t xml:space="preserve"> (ROM) voert samen met de sociale partners opnieuw campagne over werk en mantelzorg. Op 8 december is er een </w:t>
            </w:r>
            <w:proofErr w:type="spellStart"/>
            <w:r w:rsidRPr="006A3155">
              <w:rPr>
                <w:lang w:val="nl-NL"/>
              </w:rPr>
              <w:t>webinar</w:t>
            </w:r>
            <w:proofErr w:type="spellEnd"/>
            <w:r w:rsidRPr="006A3155">
              <w:rPr>
                <w:lang w:val="nl-NL"/>
              </w:rPr>
              <w:t xml:space="preserve"> speciaal voor werknemers in de </w:t>
            </w:r>
            <w:proofErr w:type="spellStart"/>
            <w:r w:rsidRPr="006A3155">
              <w:rPr>
                <w:lang w:val="nl-NL"/>
              </w:rPr>
              <w:t>Metalektro</w:t>
            </w:r>
            <w:proofErr w:type="spellEnd"/>
            <w:r w:rsidRPr="006A3155">
              <w:rPr>
                <w:lang w:val="nl-NL"/>
              </w:rPr>
              <w:t>.</w:t>
            </w:r>
          </w:p>
          <w:p w14:paraId="6607C4EE" w14:textId="77777777" w:rsidR="00677939" w:rsidRPr="006A3155" w:rsidRDefault="00000000">
            <w:pPr>
              <w:spacing w:after="80"/>
              <w:rPr>
                <w:lang w:val="nl-NL"/>
              </w:rPr>
            </w:pPr>
            <w:r w:rsidRPr="006A3155">
              <w:rPr>
                <w:lang w:val="nl-NL"/>
              </w:rPr>
              <w:t>Werk en mantelzorg combineren, ontdek wat er mogelijk is</w:t>
            </w:r>
            <w:r w:rsidRPr="006A3155">
              <w:rPr>
                <w:lang w:val="nl-NL"/>
              </w:rPr>
              <w:br/>
              <w:t>8 december | 19.30–20.15 uur</w:t>
            </w:r>
          </w:p>
          <w:p w14:paraId="531AC616" w14:textId="77777777" w:rsidR="00677939" w:rsidRPr="006A3155" w:rsidRDefault="00000000">
            <w:pPr>
              <w:spacing w:after="80"/>
              <w:rPr>
                <w:lang w:val="nl-NL"/>
              </w:rPr>
            </w:pPr>
            <w:r w:rsidRPr="006A3155">
              <w:rPr>
                <w:lang w:val="nl-NL"/>
              </w:rPr>
              <w:t>Je krijgt informatie over ondersteuning op het werk, wat je zelf kunt doen en welke hulp mogelijk is in de zorgsituatie thuis.</w:t>
            </w:r>
          </w:p>
          <w:p w14:paraId="452E1BD9" w14:textId="2B437327" w:rsidR="00677939" w:rsidRPr="002169A0" w:rsidRDefault="002169A0">
            <w:pPr>
              <w:spacing w:after="80"/>
              <w:rPr>
                <w:lang w:val="nl-NL"/>
              </w:rPr>
            </w:pPr>
            <w:r w:rsidRPr="002169A0">
              <w:rPr>
                <w:lang w:val="nl-NL"/>
              </w:rPr>
              <w:t xml:space="preserve">Meld je aan: </w:t>
            </w:r>
            <w:hyperlink r:id="rId19" w:history="1">
              <w:r w:rsidRPr="003F2A53">
                <w:rPr>
                  <w:rStyle w:val="Hyperlink"/>
                  <w:lang w:val="nl-NL"/>
                </w:rPr>
                <w:t>https://forms.cloud.microsoft/e/MF7LUQ0VMn</w:t>
              </w:r>
            </w:hyperlink>
          </w:p>
        </w:tc>
      </w:tr>
    </w:tbl>
    <w:p w14:paraId="37FFA26A" w14:textId="77777777" w:rsidR="00677939" w:rsidRDefault="00000000">
      <w:pPr>
        <w:keepNext/>
        <w:spacing w:before="80" w:after="20"/>
      </w:pPr>
      <w:r>
        <w:rPr>
          <w:b/>
          <w:color w:val="1A8B9D"/>
        </w:rPr>
        <w:t>Korte reminder / intranet</w:t>
      </w:r>
    </w:p>
    <w:p w14:paraId="65068C74" w14:textId="77777777" w:rsidR="00677939" w:rsidRPr="006A3155" w:rsidRDefault="00000000">
      <w:pPr>
        <w:keepNext/>
        <w:spacing w:after="40"/>
        <w:rPr>
          <w:lang w:val="nl-NL"/>
        </w:rPr>
      </w:pPr>
      <w:r w:rsidRPr="006A3155">
        <w:rPr>
          <w:b/>
          <w:color w:val="5F6B73"/>
          <w:sz w:val="17"/>
          <w:lang w:val="nl-NL"/>
        </w:rPr>
        <w:t>Advies moment: week 49 (30 november–6 december), bij voorkeur 2 of 3 december</w:t>
      </w:r>
    </w:p>
    <w:tbl>
      <w:tblPr>
        <w:tblW w:w="0" w:type="auto"/>
        <w:tblLook w:val="04A0" w:firstRow="1" w:lastRow="0" w:firstColumn="1" w:lastColumn="0" w:noHBand="0" w:noVBand="1"/>
      </w:tblPr>
      <w:tblGrid>
        <w:gridCol w:w="10312"/>
      </w:tblGrid>
      <w:tr w:rsidR="00677939" w:rsidRPr="006A3155" w14:paraId="2FA201C0" w14:textId="77777777">
        <w:trPr>
          <w:cantSplit/>
        </w:trPr>
        <w:tc>
          <w:tcPr>
            <w:tcW w:w="10312" w:type="dxa"/>
            <w:shd w:val="clear" w:color="auto" w:fill="F7F9FA"/>
            <w:tcMar>
              <w:top w:w="95" w:type="dxa"/>
              <w:left w:w="110" w:type="dxa"/>
              <w:bottom w:w="95" w:type="dxa"/>
              <w:right w:w="110" w:type="dxa"/>
            </w:tcMar>
          </w:tcPr>
          <w:p w14:paraId="47473713" w14:textId="77777777" w:rsidR="00677939" w:rsidRPr="006A3155" w:rsidRDefault="00000000">
            <w:pPr>
              <w:spacing w:after="80"/>
              <w:rPr>
                <w:lang w:val="nl-NL"/>
              </w:rPr>
            </w:pPr>
            <w:r w:rsidRPr="006A3155">
              <w:rPr>
                <w:lang w:val="nl-NL"/>
              </w:rPr>
              <w:t>Combineer jij je werk met zorg voor een naaste?</w:t>
            </w:r>
          </w:p>
          <w:p w14:paraId="1218B430" w14:textId="77777777" w:rsidR="00677939" w:rsidRPr="006A3155" w:rsidRDefault="00000000">
            <w:pPr>
              <w:spacing w:after="80"/>
              <w:rPr>
                <w:lang w:val="nl-NL"/>
              </w:rPr>
            </w:pPr>
            <w:r w:rsidRPr="006A3155">
              <w:rPr>
                <w:lang w:val="nl-NL"/>
              </w:rPr>
              <w:t xml:space="preserve">Op 8 december organiseren de ROM en sociale partners het </w:t>
            </w:r>
            <w:proofErr w:type="spellStart"/>
            <w:r w:rsidRPr="006A3155">
              <w:rPr>
                <w:lang w:val="nl-NL"/>
              </w:rPr>
              <w:t>webinar</w:t>
            </w:r>
            <w:proofErr w:type="spellEnd"/>
            <w:r w:rsidRPr="006A3155">
              <w:rPr>
                <w:lang w:val="nl-NL"/>
              </w:rPr>
              <w:t xml:space="preserve"> ‘Werk en mantelzorg combineren, ontdek wat er mogelijk is’.</w:t>
            </w:r>
          </w:p>
          <w:p w14:paraId="58C55892" w14:textId="77777777" w:rsidR="00677939" w:rsidRPr="006A3155" w:rsidRDefault="00000000">
            <w:pPr>
              <w:spacing w:after="80"/>
              <w:rPr>
                <w:lang w:val="nl-NL"/>
              </w:rPr>
            </w:pPr>
            <w:r w:rsidRPr="006A3155">
              <w:rPr>
                <w:lang w:val="nl-NL"/>
              </w:rPr>
              <w:t>In 45 minuten ontdek je welke ondersteuning er mogelijk is op het werk, voor jezelf en in de zorgsituatie thuis.</w:t>
            </w:r>
          </w:p>
          <w:p w14:paraId="25E3CFA7" w14:textId="30ED0A9D" w:rsidR="00677939" w:rsidRPr="006A3155" w:rsidRDefault="00000000">
            <w:pPr>
              <w:spacing w:after="80"/>
              <w:rPr>
                <w:lang w:val="nl-NL"/>
              </w:rPr>
            </w:pPr>
            <w:r w:rsidRPr="006A3155">
              <w:rPr>
                <w:lang w:val="nl-NL"/>
              </w:rPr>
              <w:t>8 december | 19.30–20.15 uur</w:t>
            </w:r>
            <w:r w:rsidRPr="006A3155">
              <w:rPr>
                <w:lang w:val="nl-NL"/>
              </w:rPr>
              <w:br/>
            </w:r>
            <w:r w:rsidR="002169A0" w:rsidRPr="002169A0">
              <w:rPr>
                <w:lang w:val="nl-NL"/>
              </w:rPr>
              <w:t xml:space="preserve">Meld je aan: </w:t>
            </w:r>
            <w:hyperlink r:id="rId20" w:history="1">
              <w:r w:rsidR="002169A0" w:rsidRPr="003F2A53">
                <w:rPr>
                  <w:rStyle w:val="Hyperlink"/>
                  <w:lang w:val="nl-NL"/>
                </w:rPr>
                <w:t>https://forms.cloud.microsoft/e/MF7LUQ0VMn</w:t>
              </w:r>
            </w:hyperlink>
          </w:p>
        </w:tc>
      </w:tr>
    </w:tbl>
    <w:p w14:paraId="478E7D18" w14:textId="77777777" w:rsidR="00E53A53" w:rsidRDefault="00E53A53">
      <w:pPr>
        <w:rPr>
          <w:b/>
          <w:color w:val="17365D"/>
          <w:sz w:val="30"/>
          <w:lang w:val="nl-NL"/>
        </w:rPr>
      </w:pPr>
      <w:r>
        <w:rPr>
          <w:lang w:val="nl-NL"/>
        </w:rPr>
        <w:br w:type="page"/>
      </w:r>
    </w:p>
    <w:p w14:paraId="7529F28C" w14:textId="4FD37582" w:rsidR="00677939" w:rsidRPr="006A3155" w:rsidRDefault="00000000">
      <w:pPr>
        <w:pStyle w:val="H1X"/>
        <w:rPr>
          <w:lang w:val="nl-NL"/>
        </w:rPr>
      </w:pPr>
      <w:r w:rsidRPr="006A3155">
        <w:rPr>
          <w:lang w:val="nl-NL"/>
        </w:rPr>
        <w:lastRenderedPageBreak/>
        <w:t xml:space="preserve"> </w:t>
      </w:r>
      <w:r w:rsidR="00AB10C4">
        <w:rPr>
          <w:lang w:val="nl-NL"/>
        </w:rPr>
        <w:t>C</w:t>
      </w:r>
      <w:r w:rsidRPr="006A3155">
        <w:rPr>
          <w:lang w:val="nl-NL"/>
        </w:rPr>
        <w:t>ontent</w:t>
      </w:r>
      <w:r w:rsidR="00AB10C4">
        <w:rPr>
          <w:lang w:val="nl-NL"/>
        </w:rPr>
        <w:t xml:space="preserve"> voor praktische tools</w:t>
      </w:r>
      <w:r w:rsidRPr="006A3155">
        <w:rPr>
          <w:lang w:val="nl-NL"/>
        </w:rPr>
        <w:t xml:space="preserve"> </w:t>
      </w:r>
    </w:p>
    <w:p w14:paraId="59BC4EE7" w14:textId="5040C1B4" w:rsidR="00AB10C4" w:rsidRDefault="00AB10C4" w:rsidP="00AB10C4">
      <w:pPr>
        <w:keepNext/>
        <w:spacing w:before="80" w:after="20"/>
        <w:rPr>
          <w:b/>
          <w:color w:val="1A8B9D"/>
          <w:lang w:val="nl-NL"/>
        </w:rPr>
      </w:pPr>
      <w:r>
        <w:rPr>
          <w:b/>
          <w:color w:val="1A8B9D"/>
          <w:lang w:val="nl-NL"/>
        </w:rPr>
        <w:t xml:space="preserve">Gebruik ook vooral de video’s die tijdens de betaalde campagne ingezet worden, om mensen te triggeren om naar de website te gaan om kennis op te doen, zich aan te melden voor een </w:t>
      </w:r>
      <w:proofErr w:type="spellStart"/>
      <w:r>
        <w:rPr>
          <w:b/>
          <w:color w:val="1A8B9D"/>
          <w:lang w:val="nl-NL"/>
        </w:rPr>
        <w:t>webinar</w:t>
      </w:r>
      <w:proofErr w:type="spellEnd"/>
      <w:r>
        <w:rPr>
          <w:b/>
          <w:color w:val="1A8B9D"/>
          <w:lang w:val="nl-NL"/>
        </w:rPr>
        <w:t xml:space="preserve"> of om het gesprek te stimuleren. Zie hieronder een overzicht van het beschikbare </w:t>
      </w:r>
      <w:r>
        <w:rPr>
          <w:b/>
          <w:color w:val="1A8B9D"/>
          <w:lang w:val="nl-NL"/>
        </w:rPr>
        <w:t>videomateriaal</w:t>
      </w:r>
      <w:r>
        <w:rPr>
          <w:b/>
          <w:color w:val="1A8B9D"/>
          <w:lang w:val="nl-NL"/>
        </w:rPr>
        <w:t>, beschikbaar als liggend en staand (Shorts) format.</w:t>
      </w:r>
    </w:p>
    <w:tbl>
      <w:tblPr>
        <w:tblW w:w="0" w:type="auto"/>
        <w:tblCellSpacing w:w="30" w:type="dxa"/>
        <w:tblCellMar>
          <w:left w:w="0" w:type="dxa"/>
          <w:right w:w="0" w:type="dxa"/>
        </w:tblCellMar>
        <w:tblLook w:val="04A0" w:firstRow="1" w:lastRow="0" w:firstColumn="1" w:lastColumn="0" w:noHBand="0" w:noVBand="1"/>
      </w:tblPr>
      <w:tblGrid>
        <w:gridCol w:w="1860"/>
        <w:gridCol w:w="8432"/>
      </w:tblGrid>
      <w:tr w:rsidR="00AB10C4" w:rsidRPr="00AB10C4" w14:paraId="5740FDBC" w14:textId="77777777" w:rsidTr="00AB10C4">
        <w:trPr>
          <w:trHeight w:val="291"/>
          <w:tblCellSpacing w:w="30" w:type="dxa"/>
        </w:trPr>
        <w:tc>
          <w:tcPr>
            <w:tcW w:w="1770" w:type="dxa"/>
            <w:tcBorders>
              <w:top w:val="single" w:sz="8" w:space="0" w:color="000000"/>
              <w:left w:val="single" w:sz="8" w:space="0" w:color="000000"/>
              <w:bottom w:val="single" w:sz="8" w:space="0" w:color="000000"/>
              <w:right w:val="single" w:sz="8" w:space="0" w:color="000000"/>
            </w:tcBorders>
            <w:shd w:val="clear" w:color="auto" w:fill="002060"/>
            <w:tcMar>
              <w:top w:w="15" w:type="dxa"/>
              <w:left w:w="15" w:type="dxa"/>
              <w:bottom w:w="15" w:type="dxa"/>
              <w:right w:w="15" w:type="dxa"/>
            </w:tcMar>
            <w:vAlign w:val="center"/>
            <w:hideMark/>
          </w:tcPr>
          <w:p w14:paraId="3278E90C" w14:textId="77777777" w:rsidR="00AB10C4" w:rsidRPr="00AB10C4" w:rsidRDefault="00AB10C4" w:rsidP="00553D4F">
            <w:pPr>
              <w:keepNext/>
              <w:spacing w:before="80" w:after="20"/>
              <w:rPr>
                <w:b/>
                <w:color w:val="FFFFFF" w:themeColor="background1"/>
                <w:lang w:val="nl-NL"/>
              </w:rPr>
            </w:pPr>
            <w:r w:rsidRPr="00AB10C4">
              <w:rPr>
                <w:b/>
                <w:bCs/>
                <w:color w:val="FFFFFF" w:themeColor="background1"/>
                <w:lang w:val="nl-NL"/>
              </w:rPr>
              <w:t>Video</w:t>
            </w:r>
          </w:p>
        </w:tc>
        <w:tc>
          <w:tcPr>
            <w:tcW w:w="8342" w:type="dxa"/>
            <w:tcBorders>
              <w:top w:val="single" w:sz="8" w:space="0" w:color="000000"/>
              <w:left w:val="single" w:sz="8" w:space="0" w:color="000000"/>
              <w:bottom w:val="single" w:sz="8" w:space="0" w:color="000000"/>
              <w:right w:val="single" w:sz="8" w:space="0" w:color="000000"/>
            </w:tcBorders>
            <w:shd w:val="clear" w:color="auto" w:fill="002060"/>
            <w:tcMar>
              <w:top w:w="15" w:type="dxa"/>
              <w:left w:w="15" w:type="dxa"/>
              <w:bottom w:w="15" w:type="dxa"/>
              <w:right w:w="15" w:type="dxa"/>
            </w:tcMar>
            <w:hideMark/>
          </w:tcPr>
          <w:p w14:paraId="63914640" w14:textId="77777777" w:rsidR="00AB10C4" w:rsidRPr="00AB10C4" w:rsidRDefault="00AB10C4" w:rsidP="00553D4F">
            <w:pPr>
              <w:keepNext/>
              <w:spacing w:before="80" w:after="20"/>
              <w:rPr>
                <w:b/>
                <w:color w:val="FFFFFF" w:themeColor="background1"/>
                <w:lang w:val="nl-NL"/>
              </w:rPr>
            </w:pPr>
            <w:r w:rsidRPr="00AB10C4">
              <w:rPr>
                <w:b/>
                <w:bCs/>
                <w:color w:val="FFFFFF" w:themeColor="background1"/>
                <w:lang w:val="nl-NL"/>
              </w:rPr>
              <w:t>YouTube link</w:t>
            </w:r>
          </w:p>
        </w:tc>
      </w:tr>
      <w:tr w:rsidR="00AB10C4" w:rsidRPr="00AB10C4" w14:paraId="48CF19F6" w14:textId="77777777" w:rsidTr="00AB10C4">
        <w:trPr>
          <w:trHeight w:val="892"/>
          <w:tblCellSpacing w:w="30" w:type="dxa"/>
        </w:trPr>
        <w:tc>
          <w:tcPr>
            <w:tcW w:w="1770" w:type="dxa"/>
            <w:tcBorders>
              <w:top w:val="single" w:sz="8" w:space="0" w:color="000000"/>
              <w:left w:val="single" w:sz="8" w:space="0" w:color="000000"/>
              <w:bottom w:val="single" w:sz="8" w:space="0" w:color="000000"/>
              <w:right w:val="single" w:sz="8" w:space="0" w:color="000000"/>
            </w:tcBorders>
            <w:shd w:val="clear" w:color="auto" w:fill="CCCCCC"/>
            <w:tcMar>
              <w:top w:w="15" w:type="dxa"/>
              <w:left w:w="15" w:type="dxa"/>
              <w:bottom w:w="15" w:type="dxa"/>
              <w:right w:w="15" w:type="dxa"/>
            </w:tcMar>
            <w:vAlign w:val="center"/>
            <w:hideMark/>
          </w:tcPr>
          <w:p w14:paraId="7352F221" w14:textId="77777777" w:rsidR="00AB10C4" w:rsidRPr="00AB10C4" w:rsidRDefault="00AB10C4" w:rsidP="00553D4F">
            <w:pPr>
              <w:keepNext/>
              <w:spacing w:before="80" w:after="20"/>
              <w:rPr>
                <w:b/>
                <w:color w:val="1A8B9D"/>
                <w:lang w:val="nl-NL"/>
              </w:rPr>
            </w:pPr>
            <w:r w:rsidRPr="00AB10C4">
              <w:rPr>
                <w:b/>
                <w:color w:val="1A8B9D"/>
                <w:lang w:val="nl-NL"/>
              </w:rPr>
              <w:t>Rik – medewerker</w:t>
            </w:r>
          </w:p>
        </w:tc>
        <w:tc>
          <w:tcPr>
            <w:tcW w:w="8342" w:type="dxa"/>
            <w:tcBorders>
              <w:top w:val="single" w:sz="8" w:space="0" w:color="000000"/>
              <w:left w:val="single" w:sz="8" w:space="0" w:color="000000"/>
              <w:bottom w:val="single" w:sz="8" w:space="0" w:color="000000"/>
              <w:right w:val="single" w:sz="8" w:space="0" w:color="000000"/>
            </w:tcBorders>
            <w:shd w:val="clear" w:color="auto" w:fill="CCCCCC"/>
            <w:tcMar>
              <w:top w:w="15" w:type="dxa"/>
              <w:left w:w="15" w:type="dxa"/>
              <w:bottom w:w="15" w:type="dxa"/>
              <w:right w:w="15" w:type="dxa"/>
            </w:tcMar>
            <w:hideMark/>
          </w:tcPr>
          <w:p w14:paraId="501FDE37" w14:textId="77777777" w:rsidR="00AB10C4" w:rsidRPr="00AB10C4" w:rsidRDefault="00AB10C4" w:rsidP="00553D4F">
            <w:pPr>
              <w:keepNext/>
              <w:spacing w:before="80" w:after="20"/>
              <w:rPr>
                <w:bCs/>
                <w:color w:val="1A8B9D"/>
                <w:lang w:val="nl-NL"/>
              </w:rPr>
            </w:pPr>
            <w:hyperlink r:id="rId21" w:tooltip="https://youtube.com/shorts/OSKzAPBkY7g?feature=share" w:history="1">
              <w:r w:rsidRPr="00AB10C4">
                <w:rPr>
                  <w:rStyle w:val="Hyperlink"/>
                  <w:bCs/>
                  <w:lang w:val="nl-NL"/>
                </w:rPr>
                <w:t>https://youtube.com/shorts/OSKzAPBkY7g?feature=share</w:t>
              </w:r>
            </w:hyperlink>
          </w:p>
          <w:p w14:paraId="236A8723" w14:textId="37DB9F9F" w:rsidR="00AB10C4" w:rsidRPr="00AB10C4" w:rsidRDefault="00AB10C4" w:rsidP="00AB10C4">
            <w:pPr>
              <w:keepNext/>
              <w:spacing w:before="80" w:after="20"/>
              <w:rPr>
                <w:bCs/>
                <w:color w:val="1A8B9D"/>
                <w:lang w:val="nl-NL"/>
              </w:rPr>
            </w:pPr>
            <w:hyperlink r:id="rId22" w:tooltip="https://youtu.be/BGJbYDwFOlQ" w:history="1">
              <w:r w:rsidRPr="00AB10C4">
                <w:rPr>
                  <w:rStyle w:val="Hyperlink"/>
                  <w:bCs/>
                  <w:lang w:val="nl-NL"/>
                </w:rPr>
                <w:t>https://youtu.be/BGJbYDwFOlQ</w:t>
              </w:r>
            </w:hyperlink>
          </w:p>
        </w:tc>
      </w:tr>
      <w:tr w:rsidR="00AB10C4" w:rsidRPr="00AB10C4" w14:paraId="689EB370" w14:textId="77777777" w:rsidTr="00AB10C4">
        <w:trPr>
          <w:trHeight w:val="892"/>
          <w:tblCellSpacing w:w="30" w:type="dxa"/>
        </w:trPr>
        <w:tc>
          <w:tcPr>
            <w:tcW w:w="17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C23E0D0" w14:textId="77777777" w:rsidR="00AB10C4" w:rsidRPr="00AB10C4" w:rsidRDefault="00AB10C4" w:rsidP="00553D4F">
            <w:pPr>
              <w:keepNext/>
              <w:spacing w:before="80" w:after="20"/>
              <w:rPr>
                <w:b/>
                <w:color w:val="1A8B9D"/>
                <w:lang w:val="nl-NL"/>
              </w:rPr>
            </w:pPr>
            <w:r w:rsidRPr="00AB10C4">
              <w:rPr>
                <w:b/>
                <w:color w:val="1A8B9D"/>
                <w:lang w:val="nl-NL"/>
              </w:rPr>
              <w:t>Tess – medewerker</w:t>
            </w:r>
          </w:p>
        </w:tc>
        <w:tc>
          <w:tcPr>
            <w:tcW w:w="83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17745B5D" w14:textId="77777777" w:rsidR="00AB10C4" w:rsidRPr="00AB10C4" w:rsidRDefault="00AB10C4" w:rsidP="00553D4F">
            <w:pPr>
              <w:keepNext/>
              <w:spacing w:before="80" w:after="20"/>
              <w:rPr>
                <w:bCs/>
                <w:color w:val="1A8B9D"/>
                <w:lang w:val="nl-NL"/>
              </w:rPr>
            </w:pPr>
            <w:hyperlink r:id="rId23" w:tooltip="https://youtube.com/shorts/STkYtSLuKXg?feature=share" w:history="1">
              <w:r w:rsidRPr="00AB10C4">
                <w:rPr>
                  <w:rStyle w:val="Hyperlink"/>
                  <w:bCs/>
                  <w:lang w:val="nl-NL"/>
                </w:rPr>
                <w:t>https://youtube.com/shorts/STkYtSLuKXg?feature=share</w:t>
              </w:r>
            </w:hyperlink>
          </w:p>
          <w:p w14:paraId="2112C866" w14:textId="13A83A92" w:rsidR="00AB10C4" w:rsidRPr="00AB10C4" w:rsidRDefault="00AB10C4" w:rsidP="00AB10C4">
            <w:pPr>
              <w:keepNext/>
              <w:spacing w:before="80" w:after="20"/>
              <w:rPr>
                <w:bCs/>
                <w:color w:val="1A8B9D"/>
                <w:lang w:val="nl-NL"/>
              </w:rPr>
            </w:pPr>
            <w:hyperlink r:id="rId24" w:tooltip="https://youtu.be/93ZdN6bCzHs" w:history="1">
              <w:r w:rsidRPr="00AB10C4">
                <w:rPr>
                  <w:rStyle w:val="Hyperlink"/>
                  <w:bCs/>
                  <w:lang w:val="nl-NL"/>
                </w:rPr>
                <w:t>https://youtu.be/93ZdN6bCzHs</w:t>
              </w:r>
            </w:hyperlink>
          </w:p>
        </w:tc>
      </w:tr>
      <w:tr w:rsidR="00AB10C4" w:rsidRPr="00AB10C4" w14:paraId="5CFC294B" w14:textId="77777777" w:rsidTr="00AB10C4">
        <w:trPr>
          <w:trHeight w:val="892"/>
          <w:tblCellSpacing w:w="30" w:type="dxa"/>
        </w:trPr>
        <w:tc>
          <w:tcPr>
            <w:tcW w:w="1770" w:type="dxa"/>
            <w:tcBorders>
              <w:top w:val="single" w:sz="8" w:space="0" w:color="000000"/>
              <w:left w:val="single" w:sz="8" w:space="0" w:color="000000"/>
              <w:bottom w:val="single" w:sz="8" w:space="0" w:color="000000"/>
              <w:right w:val="single" w:sz="8" w:space="0" w:color="000000"/>
            </w:tcBorders>
            <w:shd w:val="clear" w:color="auto" w:fill="CCCCCC"/>
            <w:tcMar>
              <w:top w:w="15" w:type="dxa"/>
              <w:left w:w="15" w:type="dxa"/>
              <w:bottom w:w="15" w:type="dxa"/>
              <w:right w:w="15" w:type="dxa"/>
            </w:tcMar>
            <w:vAlign w:val="center"/>
            <w:hideMark/>
          </w:tcPr>
          <w:p w14:paraId="2B56CD58" w14:textId="77777777" w:rsidR="00AB10C4" w:rsidRPr="00AB10C4" w:rsidRDefault="00AB10C4" w:rsidP="00553D4F">
            <w:pPr>
              <w:keepNext/>
              <w:spacing w:before="80" w:after="20"/>
              <w:rPr>
                <w:b/>
                <w:color w:val="1A8B9D"/>
                <w:lang w:val="nl-NL"/>
              </w:rPr>
            </w:pPr>
            <w:proofErr w:type="spellStart"/>
            <w:r w:rsidRPr="00AB10C4">
              <w:rPr>
                <w:b/>
                <w:color w:val="1A8B9D"/>
                <w:lang w:val="nl-NL"/>
              </w:rPr>
              <w:t>Yamilla</w:t>
            </w:r>
            <w:proofErr w:type="spellEnd"/>
            <w:r w:rsidRPr="00AB10C4">
              <w:rPr>
                <w:b/>
                <w:color w:val="1A8B9D"/>
                <w:lang w:val="nl-NL"/>
              </w:rPr>
              <w:t xml:space="preserve"> – medewerker</w:t>
            </w:r>
          </w:p>
        </w:tc>
        <w:tc>
          <w:tcPr>
            <w:tcW w:w="8342" w:type="dxa"/>
            <w:tcBorders>
              <w:top w:val="single" w:sz="8" w:space="0" w:color="000000"/>
              <w:left w:val="single" w:sz="8" w:space="0" w:color="000000"/>
              <w:bottom w:val="single" w:sz="8" w:space="0" w:color="000000"/>
              <w:right w:val="single" w:sz="8" w:space="0" w:color="000000"/>
            </w:tcBorders>
            <w:shd w:val="clear" w:color="auto" w:fill="CCCCCC"/>
            <w:tcMar>
              <w:top w:w="15" w:type="dxa"/>
              <w:left w:w="15" w:type="dxa"/>
              <w:bottom w:w="15" w:type="dxa"/>
              <w:right w:w="15" w:type="dxa"/>
            </w:tcMar>
            <w:hideMark/>
          </w:tcPr>
          <w:p w14:paraId="3C1073E6" w14:textId="77777777" w:rsidR="00AB10C4" w:rsidRPr="00AB10C4" w:rsidRDefault="00AB10C4" w:rsidP="00553D4F">
            <w:pPr>
              <w:keepNext/>
              <w:spacing w:before="80" w:after="20"/>
              <w:rPr>
                <w:bCs/>
                <w:color w:val="1A8B9D"/>
                <w:lang w:val="nl-NL"/>
              </w:rPr>
            </w:pPr>
            <w:hyperlink r:id="rId25" w:tooltip="https://youtube.com/shorts/W3Scm3u7M70?feature=share" w:history="1">
              <w:r w:rsidRPr="00AB10C4">
                <w:rPr>
                  <w:rStyle w:val="Hyperlink"/>
                  <w:bCs/>
                  <w:lang w:val="nl-NL"/>
                </w:rPr>
                <w:t>https://youtube.com/shorts/W3Scm3u7M70?feature=share</w:t>
              </w:r>
            </w:hyperlink>
          </w:p>
          <w:p w14:paraId="1A12C429" w14:textId="367723E1" w:rsidR="00AB10C4" w:rsidRPr="00AB10C4" w:rsidRDefault="00AB10C4" w:rsidP="00AB10C4">
            <w:pPr>
              <w:keepNext/>
              <w:spacing w:before="80" w:after="20"/>
              <w:rPr>
                <w:bCs/>
                <w:color w:val="1A8B9D"/>
                <w:lang w:val="nl-NL"/>
              </w:rPr>
            </w:pPr>
            <w:hyperlink r:id="rId26" w:tooltip="https://youtu.be/OJwhU09xOow" w:history="1">
              <w:r w:rsidRPr="00AB10C4">
                <w:rPr>
                  <w:rStyle w:val="Hyperlink"/>
                  <w:bCs/>
                  <w:lang w:val="nl-NL"/>
                </w:rPr>
                <w:t>https://youtu.be/OJwhU09xOow</w:t>
              </w:r>
            </w:hyperlink>
          </w:p>
        </w:tc>
      </w:tr>
      <w:tr w:rsidR="00AB10C4" w:rsidRPr="00AB10C4" w14:paraId="3D8C0ED7" w14:textId="77777777" w:rsidTr="00AB10C4">
        <w:trPr>
          <w:trHeight w:val="892"/>
          <w:tblCellSpacing w:w="30" w:type="dxa"/>
        </w:trPr>
        <w:tc>
          <w:tcPr>
            <w:tcW w:w="17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50C8F843" w14:textId="77777777" w:rsidR="00AB10C4" w:rsidRPr="00AB10C4" w:rsidRDefault="00AB10C4" w:rsidP="00553D4F">
            <w:pPr>
              <w:keepNext/>
              <w:spacing w:before="80" w:after="20"/>
              <w:rPr>
                <w:b/>
                <w:color w:val="1A8B9D"/>
                <w:lang w:val="nl-NL"/>
              </w:rPr>
            </w:pPr>
            <w:r w:rsidRPr="00AB10C4">
              <w:rPr>
                <w:b/>
                <w:color w:val="1A8B9D"/>
                <w:lang w:val="nl-NL"/>
              </w:rPr>
              <w:t>Rik – werkgever</w:t>
            </w:r>
          </w:p>
        </w:tc>
        <w:tc>
          <w:tcPr>
            <w:tcW w:w="83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48E91042" w14:textId="77777777" w:rsidR="00AB10C4" w:rsidRPr="00AB10C4" w:rsidRDefault="00AB10C4" w:rsidP="00553D4F">
            <w:pPr>
              <w:keepNext/>
              <w:spacing w:before="80" w:after="20"/>
              <w:rPr>
                <w:bCs/>
                <w:color w:val="1A8B9D"/>
                <w:lang w:val="nl-NL"/>
              </w:rPr>
            </w:pPr>
            <w:hyperlink r:id="rId27" w:tooltip="https://youtube.com/shorts/E4OFA1mDYRs?feature=share" w:history="1">
              <w:r w:rsidRPr="00AB10C4">
                <w:rPr>
                  <w:rStyle w:val="Hyperlink"/>
                  <w:bCs/>
                  <w:lang w:val="nl-NL"/>
                </w:rPr>
                <w:t>https://youtube.com/shorts/E4OFA1mDYRs?feature=share</w:t>
              </w:r>
            </w:hyperlink>
          </w:p>
          <w:p w14:paraId="14F95DB1" w14:textId="18A614C2" w:rsidR="00AB10C4" w:rsidRPr="00AB10C4" w:rsidRDefault="00AB10C4" w:rsidP="00AB10C4">
            <w:pPr>
              <w:keepNext/>
              <w:spacing w:before="80" w:after="20"/>
              <w:rPr>
                <w:bCs/>
                <w:color w:val="1A8B9D"/>
                <w:lang w:val="nl-NL"/>
              </w:rPr>
            </w:pPr>
            <w:hyperlink r:id="rId28" w:tooltip="https://youtu.be/QTo-VIlKGeY" w:history="1">
              <w:r w:rsidRPr="00AB10C4">
                <w:rPr>
                  <w:rStyle w:val="Hyperlink"/>
                  <w:bCs/>
                  <w:lang w:val="nl-NL"/>
                </w:rPr>
                <w:t>https://youtu.be/QTo-VIlKGeY</w:t>
              </w:r>
            </w:hyperlink>
          </w:p>
        </w:tc>
      </w:tr>
      <w:tr w:rsidR="00AB10C4" w:rsidRPr="00AB10C4" w14:paraId="1C96BF2D" w14:textId="77777777" w:rsidTr="00AB10C4">
        <w:trPr>
          <w:trHeight w:val="582"/>
          <w:tblCellSpacing w:w="30" w:type="dxa"/>
        </w:trPr>
        <w:tc>
          <w:tcPr>
            <w:tcW w:w="1770" w:type="dxa"/>
            <w:tcBorders>
              <w:top w:val="single" w:sz="8" w:space="0" w:color="000000"/>
              <w:left w:val="single" w:sz="8" w:space="0" w:color="000000"/>
              <w:bottom w:val="single" w:sz="8" w:space="0" w:color="000000"/>
              <w:right w:val="single" w:sz="8" w:space="0" w:color="000000"/>
            </w:tcBorders>
            <w:shd w:val="clear" w:color="auto" w:fill="CCCCCC"/>
            <w:tcMar>
              <w:top w:w="15" w:type="dxa"/>
              <w:left w:w="15" w:type="dxa"/>
              <w:bottom w:w="15" w:type="dxa"/>
              <w:right w:w="15" w:type="dxa"/>
            </w:tcMar>
            <w:vAlign w:val="center"/>
            <w:hideMark/>
          </w:tcPr>
          <w:p w14:paraId="41222925" w14:textId="77777777" w:rsidR="00AB10C4" w:rsidRPr="00AB10C4" w:rsidRDefault="00AB10C4" w:rsidP="00553D4F">
            <w:pPr>
              <w:keepNext/>
              <w:spacing w:before="80" w:after="20"/>
              <w:rPr>
                <w:b/>
                <w:color w:val="1A8B9D"/>
                <w:lang w:val="nl-NL"/>
              </w:rPr>
            </w:pPr>
            <w:r w:rsidRPr="00AB10C4">
              <w:rPr>
                <w:b/>
                <w:color w:val="1A8B9D"/>
                <w:lang w:val="nl-NL"/>
              </w:rPr>
              <w:t>Tess – werkgever</w:t>
            </w:r>
          </w:p>
        </w:tc>
        <w:tc>
          <w:tcPr>
            <w:tcW w:w="8342" w:type="dxa"/>
            <w:tcBorders>
              <w:top w:val="single" w:sz="8" w:space="0" w:color="000000"/>
              <w:left w:val="single" w:sz="8" w:space="0" w:color="000000"/>
              <w:bottom w:val="single" w:sz="8" w:space="0" w:color="000000"/>
              <w:right w:val="single" w:sz="8" w:space="0" w:color="000000"/>
            </w:tcBorders>
            <w:shd w:val="clear" w:color="auto" w:fill="CCCCCC"/>
            <w:tcMar>
              <w:top w:w="15" w:type="dxa"/>
              <w:left w:w="15" w:type="dxa"/>
              <w:bottom w:w="15" w:type="dxa"/>
              <w:right w:w="15" w:type="dxa"/>
            </w:tcMar>
            <w:hideMark/>
          </w:tcPr>
          <w:p w14:paraId="56913E84" w14:textId="77777777" w:rsidR="00AB10C4" w:rsidRPr="00AB10C4" w:rsidRDefault="00AB10C4" w:rsidP="00553D4F">
            <w:pPr>
              <w:keepNext/>
              <w:spacing w:before="80" w:after="20"/>
              <w:rPr>
                <w:bCs/>
                <w:color w:val="1A8B9D"/>
                <w:lang w:val="nl-NL"/>
              </w:rPr>
            </w:pPr>
            <w:hyperlink r:id="rId29" w:tooltip="https://youtube.com/shorts/K2GP8TiIfX8?feature=share" w:history="1">
              <w:r w:rsidRPr="00AB10C4">
                <w:rPr>
                  <w:rStyle w:val="Hyperlink"/>
                  <w:bCs/>
                  <w:lang w:val="nl-NL"/>
                </w:rPr>
                <w:t>https://youtube.com/shorts/K2GP8TiIfX8?feature=share</w:t>
              </w:r>
            </w:hyperlink>
          </w:p>
          <w:p w14:paraId="44481692" w14:textId="77777777" w:rsidR="00AB10C4" w:rsidRPr="00AB10C4" w:rsidRDefault="00AB10C4" w:rsidP="00553D4F">
            <w:pPr>
              <w:keepNext/>
              <w:spacing w:before="80" w:after="20"/>
              <w:rPr>
                <w:bCs/>
                <w:color w:val="1A8B9D"/>
                <w:lang w:val="nl-NL"/>
              </w:rPr>
            </w:pPr>
            <w:hyperlink r:id="rId30" w:tooltip="https://youtu.be/16yH2HD7t88" w:history="1">
              <w:r w:rsidRPr="00AB10C4">
                <w:rPr>
                  <w:rStyle w:val="Hyperlink"/>
                  <w:bCs/>
                  <w:lang w:val="nl-NL"/>
                </w:rPr>
                <w:t>https://youtu.be/16yH2HD7t88</w:t>
              </w:r>
            </w:hyperlink>
          </w:p>
        </w:tc>
      </w:tr>
      <w:tr w:rsidR="00AB10C4" w:rsidRPr="00AB10C4" w14:paraId="10264D73" w14:textId="77777777" w:rsidTr="00AB10C4">
        <w:trPr>
          <w:trHeight w:val="873"/>
          <w:tblCellSpacing w:w="30" w:type="dxa"/>
        </w:trPr>
        <w:tc>
          <w:tcPr>
            <w:tcW w:w="17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5E30D68C" w14:textId="77777777" w:rsidR="00AB10C4" w:rsidRPr="00AB10C4" w:rsidRDefault="00AB10C4" w:rsidP="00553D4F">
            <w:pPr>
              <w:keepNext/>
              <w:spacing w:before="80" w:after="20"/>
              <w:rPr>
                <w:b/>
                <w:color w:val="1A8B9D"/>
                <w:lang w:val="nl-NL"/>
              </w:rPr>
            </w:pPr>
            <w:proofErr w:type="spellStart"/>
            <w:r w:rsidRPr="00AB10C4">
              <w:rPr>
                <w:b/>
                <w:color w:val="1A8B9D"/>
                <w:lang w:val="nl-NL"/>
              </w:rPr>
              <w:t>Yamilla</w:t>
            </w:r>
            <w:proofErr w:type="spellEnd"/>
            <w:r w:rsidRPr="00AB10C4">
              <w:rPr>
                <w:b/>
                <w:color w:val="1A8B9D"/>
                <w:lang w:val="nl-NL"/>
              </w:rPr>
              <w:t xml:space="preserve"> – werkgever</w:t>
            </w:r>
          </w:p>
        </w:tc>
        <w:tc>
          <w:tcPr>
            <w:tcW w:w="83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14:paraId="12A3915A" w14:textId="77777777" w:rsidR="00AB10C4" w:rsidRPr="00AB10C4" w:rsidRDefault="00AB10C4" w:rsidP="00553D4F">
            <w:pPr>
              <w:keepNext/>
              <w:spacing w:before="80" w:after="20"/>
              <w:rPr>
                <w:bCs/>
                <w:color w:val="1A8B9D"/>
                <w:lang w:val="nl-NL"/>
              </w:rPr>
            </w:pPr>
            <w:hyperlink r:id="rId31" w:tooltip="https://youtube.com/shorts/coK5APFdW_U?feature=share" w:history="1">
              <w:r w:rsidRPr="00AB10C4">
                <w:rPr>
                  <w:rStyle w:val="Hyperlink"/>
                  <w:bCs/>
                  <w:lang w:val="nl-NL"/>
                </w:rPr>
                <w:t>https://youtube.com/shorts/coK5APFdW_U?feature=share</w:t>
              </w:r>
            </w:hyperlink>
          </w:p>
          <w:p w14:paraId="6D2A7062" w14:textId="77777777" w:rsidR="00AB10C4" w:rsidRPr="00AB10C4" w:rsidRDefault="00AB10C4" w:rsidP="00553D4F">
            <w:pPr>
              <w:keepNext/>
              <w:spacing w:before="80" w:after="20"/>
              <w:rPr>
                <w:bCs/>
                <w:color w:val="1A8B9D"/>
                <w:lang w:val="nl-NL"/>
              </w:rPr>
            </w:pPr>
            <w:hyperlink r:id="rId32" w:tooltip="https://youtu.be/HhIjhvLBDJc" w:history="1">
              <w:r w:rsidRPr="00AB10C4">
                <w:rPr>
                  <w:rStyle w:val="Hyperlink"/>
                  <w:bCs/>
                  <w:lang w:val="nl-NL"/>
                </w:rPr>
                <w:t>https://youtu.be/HhIjhvLBDJc</w:t>
              </w:r>
            </w:hyperlink>
          </w:p>
        </w:tc>
      </w:tr>
    </w:tbl>
    <w:p w14:paraId="3032BD90" w14:textId="77777777" w:rsidR="00AB10C4" w:rsidRDefault="00AB10C4">
      <w:pPr>
        <w:keepNext/>
        <w:spacing w:before="80" w:after="20"/>
        <w:rPr>
          <w:b/>
          <w:color w:val="1A8B9D"/>
          <w:lang w:val="nl-NL"/>
        </w:rPr>
      </w:pPr>
    </w:p>
    <w:p w14:paraId="5A10F787" w14:textId="3986CB07" w:rsidR="00677939" w:rsidRPr="006A3155" w:rsidRDefault="00000000">
      <w:pPr>
        <w:keepNext/>
        <w:spacing w:before="80" w:after="20"/>
        <w:rPr>
          <w:lang w:val="nl-NL"/>
        </w:rPr>
      </w:pPr>
      <w:r w:rsidRPr="006A3155">
        <w:rPr>
          <w:b/>
          <w:color w:val="1A8B9D"/>
          <w:lang w:val="nl-NL"/>
        </w:rPr>
        <w:t>Tool: maatwerk in de praktijk</w:t>
      </w:r>
      <w:r w:rsidR="00AB10C4">
        <w:rPr>
          <w:b/>
          <w:color w:val="1A8B9D"/>
          <w:lang w:val="nl-NL"/>
        </w:rPr>
        <w:t xml:space="preserve"> </w:t>
      </w:r>
      <w:r w:rsidR="00AB10C4" w:rsidRPr="00457914">
        <w:rPr>
          <w:lang w:val="nl-NL"/>
        </w:rPr>
        <w:sym w:font="Wingdings" w:char="F0E0"/>
      </w:r>
      <w:r w:rsidR="00AB10C4">
        <w:rPr>
          <w:lang w:val="nl-NL"/>
        </w:rPr>
        <w:t xml:space="preserve"> </w:t>
      </w:r>
      <w:r w:rsidR="00AB10C4" w:rsidRPr="00AB10C4">
        <w:rPr>
          <w:b/>
          <w:bCs/>
          <w:lang w:val="nl-NL"/>
        </w:rPr>
        <w:t xml:space="preserve">zie </w:t>
      </w:r>
      <w:r w:rsidR="00AB10C4" w:rsidRPr="00AB10C4">
        <w:rPr>
          <w:b/>
          <w:bCs/>
          <w:lang w:val="nl-NL"/>
        </w:rPr>
        <w:t>bijlage 2</w:t>
      </w:r>
      <w:r w:rsidR="00AB10C4" w:rsidRPr="00AB10C4">
        <w:rPr>
          <w:b/>
          <w:bCs/>
          <w:lang w:val="nl-NL"/>
        </w:rPr>
        <w:t xml:space="preserve"> in de map ‘Praktische tools’</w:t>
      </w:r>
    </w:p>
    <w:tbl>
      <w:tblPr>
        <w:tblW w:w="0" w:type="auto"/>
        <w:tblLook w:val="04A0" w:firstRow="1" w:lastRow="0" w:firstColumn="1" w:lastColumn="0" w:noHBand="0" w:noVBand="1"/>
      </w:tblPr>
      <w:tblGrid>
        <w:gridCol w:w="10312"/>
      </w:tblGrid>
      <w:tr w:rsidR="00677939" w:rsidRPr="006A3155" w14:paraId="03F9D959" w14:textId="77777777">
        <w:trPr>
          <w:cantSplit/>
        </w:trPr>
        <w:tc>
          <w:tcPr>
            <w:tcW w:w="10312" w:type="dxa"/>
            <w:shd w:val="clear" w:color="auto" w:fill="F7F9FA"/>
            <w:tcMar>
              <w:top w:w="95" w:type="dxa"/>
              <w:left w:w="110" w:type="dxa"/>
              <w:bottom w:w="95" w:type="dxa"/>
              <w:right w:w="110" w:type="dxa"/>
            </w:tcMar>
          </w:tcPr>
          <w:p w14:paraId="6A2A90FB" w14:textId="77777777" w:rsidR="00677939" w:rsidRPr="006A3155" w:rsidRDefault="00000000">
            <w:pPr>
              <w:spacing w:after="80"/>
              <w:rPr>
                <w:lang w:val="nl-NL"/>
              </w:rPr>
            </w:pPr>
            <w:r w:rsidRPr="006A3155">
              <w:rPr>
                <w:lang w:val="nl-NL"/>
              </w:rPr>
              <w:t>Welke afspraken kunnen helpen als werk en mantelzorg tijdelijk lastig te combineren zijn?</w:t>
            </w:r>
          </w:p>
          <w:p w14:paraId="7E08DF39" w14:textId="77777777" w:rsidR="00677939" w:rsidRPr="006A3155" w:rsidRDefault="00000000">
            <w:pPr>
              <w:spacing w:after="80"/>
              <w:rPr>
                <w:lang w:val="nl-NL"/>
              </w:rPr>
            </w:pPr>
            <w:r w:rsidRPr="006A3155">
              <w:rPr>
                <w:lang w:val="nl-NL"/>
              </w:rPr>
              <w:t>Bekijk concrete voorbeelden van maatwerk, zoals aangepaste werktijden, andere roosters, een tijdelijke taakverdeling of hulp buiten het werk. Gebruik ze als inspiratie om samen te kijken wat in de situatie van medewerker én organisatie werkbaar is.</w:t>
            </w:r>
          </w:p>
          <w:p w14:paraId="35687915" w14:textId="45271300" w:rsidR="00677939" w:rsidRPr="006A3155" w:rsidRDefault="00000000">
            <w:pPr>
              <w:spacing w:after="80"/>
              <w:rPr>
                <w:lang w:val="nl-NL"/>
              </w:rPr>
            </w:pPr>
            <w:r w:rsidRPr="006A3155">
              <w:rPr>
                <w:lang w:val="nl-NL"/>
              </w:rPr>
              <w:t xml:space="preserve">Bekijk </w:t>
            </w:r>
            <w:r w:rsidR="00AB10C4">
              <w:rPr>
                <w:lang w:val="nl-NL"/>
              </w:rPr>
              <w:t>meer</w:t>
            </w:r>
            <w:r w:rsidRPr="006A3155">
              <w:rPr>
                <w:lang w:val="nl-NL"/>
              </w:rPr>
              <w:t xml:space="preserve"> voorbeelden </w:t>
            </w:r>
            <w:r w:rsidR="00AB10C4">
              <w:rPr>
                <w:lang w:val="nl-NL"/>
              </w:rPr>
              <w:t xml:space="preserve">op </w:t>
            </w:r>
            <w:hyperlink r:id="rId33" w:history="1">
              <w:r w:rsidR="00AB10C4" w:rsidRPr="003F2A53">
                <w:rPr>
                  <w:rStyle w:val="Hyperlink"/>
                  <w:lang w:val="nl-NL"/>
                </w:rPr>
                <w:t>https://www.mantelzorgmetalektro.nl/</w:t>
              </w:r>
            </w:hyperlink>
          </w:p>
        </w:tc>
      </w:tr>
    </w:tbl>
    <w:p w14:paraId="2313E015" w14:textId="199ACAC3" w:rsidR="00677939" w:rsidRPr="006A3155" w:rsidRDefault="00AB10C4">
      <w:pPr>
        <w:keepNext/>
        <w:spacing w:before="80" w:after="20"/>
        <w:rPr>
          <w:lang w:val="nl-NL"/>
        </w:rPr>
      </w:pPr>
      <w:r>
        <w:rPr>
          <w:b/>
          <w:color w:val="1A8B9D"/>
          <w:lang w:val="nl-NL"/>
        </w:rPr>
        <w:t xml:space="preserve">De weg naar passende hulp </w:t>
      </w:r>
      <w:r w:rsidRPr="00457914">
        <w:rPr>
          <w:lang w:val="nl-NL"/>
        </w:rPr>
        <w:sym w:font="Wingdings" w:char="F0E0"/>
      </w:r>
      <w:r>
        <w:rPr>
          <w:lang w:val="nl-NL"/>
        </w:rPr>
        <w:t xml:space="preserve"> </w:t>
      </w:r>
      <w:r w:rsidRPr="00AB10C4">
        <w:rPr>
          <w:b/>
          <w:bCs/>
          <w:lang w:val="nl-NL"/>
        </w:rPr>
        <w:t xml:space="preserve">zie bijlage </w:t>
      </w:r>
      <w:r>
        <w:rPr>
          <w:b/>
          <w:bCs/>
          <w:lang w:val="nl-NL"/>
        </w:rPr>
        <w:t>5</w:t>
      </w:r>
      <w:r w:rsidRPr="00AB10C4">
        <w:rPr>
          <w:b/>
          <w:bCs/>
          <w:lang w:val="nl-NL"/>
        </w:rPr>
        <w:t xml:space="preserve"> in de map ‘Praktische tools’</w:t>
      </w:r>
    </w:p>
    <w:tbl>
      <w:tblPr>
        <w:tblW w:w="0" w:type="auto"/>
        <w:tblLook w:val="04A0" w:firstRow="1" w:lastRow="0" w:firstColumn="1" w:lastColumn="0" w:noHBand="0" w:noVBand="1"/>
      </w:tblPr>
      <w:tblGrid>
        <w:gridCol w:w="10312"/>
      </w:tblGrid>
      <w:tr w:rsidR="00677939" w:rsidRPr="006A3155" w14:paraId="3CDDB00D" w14:textId="77777777">
        <w:trPr>
          <w:cantSplit/>
        </w:trPr>
        <w:tc>
          <w:tcPr>
            <w:tcW w:w="10312" w:type="dxa"/>
            <w:shd w:val="clear" w:color="auto" w:fill="F7F9FA"/>
            <w:tcMar>
              <w:top w:w="95" w:type="dxa"/>
              <w:left w:w="110" w:type="dxa"/>
              <w:bottom w:w="95" w:type="dxa"/>
              <w:right w:w="110" w:type="dxa"/>
            </w:tcMar>
          </w:tcPr>
          <w:p w14:paraId="132EFD36" w14:textId="77777777" w:rsidR="00AB10C4" w:rsidRPr="00AB10C4" w:rsidRDefault="00AB10C4" w:rsidP="00AB10C4">
            <w:pPr>
              <w:spacing w:after="80"/>
              <w:rPr>
                <w:lang w:val="nl-NL"/>
              </w:rPr>
            </w:pPr>
            <w:r w:rsidRPr="00AB10C4">
              <w:rPr>
                <w:lang w:val="nl-NL"/>
              </w:rPr>
              <w:t>Werk en mantelzorg combineren vraagt soms om meer dan alleen afspraken op het werk. Er kan ook ondersteuning mogelijk zijn thuis of in je omgeving.</w:t>
            </w:r>
          </w:p>
          <w:p w14:paraId="0CB4C51B" w14:textId="77777777" w:rsidR="00AB10C4" w:rsidRPr="00AB10C4" w:rsidRDefault="00AB10C4" w:rsidP="00AB10C4">
            <w:pPr>
              <w:spacing w:after="80"/>
              <w:rPr>
                <w:lang w:val="nl-NL"/>
              </w:rPr>
            </w:pPr>
            <w:r w:rsidRPr="00AB10C4">
              <w:rPr>
                <w:lang w:val="nl-NL"/>
              </w:rPr>
              <w:t xml:space="preserve">In deze praktische route zie je welke mogelijkheden er zijn. Denk aan afspraken op het werk, verlof, ondersteuning via de gemeente, een mantelzorgmakelaar, respijtzorg of professionele zorg. Zo krijg je beter zicht op wat in jouw situatie kan helpen. </w:t>
            </w:r>
          </w:p>
          <w:p w14:paraId="5C40CBF7" w14:textId="68FA63CB" w:rsidR="00677939" w:rsidRPr="00AB10C4" w:rsidRDefault="00AB10C4">
            <w:pPr>
              <w:spacing w:after="80"/>
              <w:rPr>
                <w:lang w:val="nl-NL"/>
              </w:rPr>
            </w:pPr>
            <w:r w:rsidRPr="00AB10C4">
              <w:rPr>
                <w:lang w:val="nl-NL"/>
              </w:rPr>
              <w:t>Bekijk de route naar passende ondersteuning in de bijlage.</w:t>
            </w:r>
          </w:p>
        </w:tc>
      </w:tr>
    </w:tbl>
    <w:p w14:paraId="66DDD114" w14:textId="23A3AA52" w:rsidR="00677939" w:rsidRPr="006A3155" w:rsidRDefault="00000000" w:rsidP="00AB10C4">
      <w:pPr>
        <w:keepNext/>
        <w:spacing w:before="80" w:after="20"/>
        <w:rPr>
          <w:lang w:val="nl-NL"/>
        </w:rPr>
      </w:pPr>
      <w:r w:rsidRPr="006A3155">
        <w:rPr>
          <w:b/>
          <w:color w:val="1A8B9D"/>
          <w:lang w:val="nl-NL"/>
        </w:rPr>
        <w:lastRenderedPageBreak/>
        <w:t>Pop-up op locatie aanvragen</w:t>
      </w:r>
      <w:r w:rsidR="00457914">
        <w:rPr>
          <w:b/>
          <w:color w:val="1A8B9D"/>
          <w:lang w:val="nl-NL"/>
        </w:rPr>
        <w:t xml:space="preserve"> </w:t>
      </w:r>
      <w:r w:rsidR="00457914" w:rsidRPr="00457914">
        <w:rPr>
          <w:b/>
          <w:color w:val="1A8B9D"/>
          <w:lang w:val="nl-NL"/>
        </w:rPr>
        <w:sym w:font="Wingdings" w:char="F0E0"/>
      </w:r>
      <w:r w:rsidR="00457914">
        <w:rPr>
          <w:b/>
          <w:color w:val="1A8B9D"/>
          <w:lang w:val="nl-NL"/>
        </w:rPr>
        <w:t xml:space="preserve"> plaats deze video erbij: </w:t>
      </w:r>
      <w:r w:rsidR="00457914" w:rsidRPr="00457914">
        <w:rPr>
          <w:b/>
          <w:color w:val="1A8B9D"/>
          <w:lang w:val="nl-NL"/>
        </w:rPr>
        <w:t>https://www.youtube.com/watch?v=gCaFDcSR9DI</w:t>
      </w:r>
    </w:p>
    <w:tbl>
      <w:tblPr>
        <w:tblW w:w="0" w:type="auto"/>
        <w:tblLook w:val="04A0" w:firstRow="1" w:lastRow="0" w:firstColumn="1" w:lastColumn="0" w:noHBand="0" w:noVBand="1"/>
      </w:tblPr>
      <w:tblGrid>
        <w:gridCol w:w="10312"/>
      </w:tblGrid>
      <w:tr w:rsidR="00677939" w:rsidRPr="006A3155" w14:paraId="5D9B1AA9" w14:textId="77777777">
        <w:trPr>
          <w:cantSplit/>
        </w:trPr>
        <w:tc>
          <w:tcPr>
            <w:tcW w:w="10312" w:type="dxa"/>
            <w:shd w:val="clear" w:color="auto" w:fill="F7F9FA"/>
            <w:tcMar>
              <w:top w:w="95" w:type="dxa"/>
              <w:left w:w="110" w:type="dxa"/>
              <w:bottom w:w="95" w:type="dxa"/>
              <w:right w:w="110" w:type="dxa"/>
            </w:tcMar>
          </w:tcPr>
          <w:p w14:paraId="66AACF2B" w14:textId="77777777" w:rsidR="00677939" w:rsidRPr="006A3155" w:rsidRDefault="00000000">
            <w:pPr>
              <w:spacing w:after="80"/>
              <w:rPr>
                <w:lang w:val="nl-NL"/>
              </w:rPr>
            </w:pPr>
            <w:r w:rsidRPr="006A3155">
              <w:rPr>
                <w:lang w:val="nl-NL"/>
              </w:rPr>
              <w:t>Wil je werk en mantelzorg binnen jouw organisatie extra aandacht geven? Vraag dan een pop-up op locatie aan.</w:t>
            </w:r>
          </w:p>
          <w:p w14:paraId="41DA9BD5" w14:textId="77777777" w:rsidR="00677939" w:rsidRPr="006A3155" w:rsidRDefault="00000000">
            <w:pPr>
              <w:spacing w:after="80"/>
              <w:rPr>
                <w:lang w:val="nl-NL"/>
              </w:rPr>
            </w:pPr>
            <w:r w:rsidRPr="006A3155">
              <w:rPr>
                <w:lang w:val="nl-NL"/>
              </w:rPr>
              <w:t>Medewerkers krijgen op een laagdrempelige manier informatie, praktische tips en ruimte om vragen te stellen. Zo geef je het onderwerp zichtbaar aandacht en help je mensen direct op weg.</w:t>
            </w:r>
          </w:p>
          <w:p w14:paraId="7A9913D7" w14:textId="55FE0F34" w:rsidR="00AB10C4" w:rsidRPr="006A3155" w:rsidRDefault="00457914">
            <w:pPr>
              <w:spacing w:after="80"/>
              <w:rPr>
                <w:lang w:val="nl-NL"/>
              </w:rPr>
            </w:pPr>
            <w:r>
              <w:rPr>
                <w:lang w:val="nl-NL"/>
              </w:rPr>
              <w:t>Ontdek</w:t>
            </w:r>
            <w:r w:rsidR="00000000" w:rsidRPr="006A3155">
              <w:rPr>
                <w:lang w:val="nl-NL"/>
              </w:rPr>
              <w:t xml:space="preserve"> de mogelijkheden en vraag een pop-up aan v</w:t>
            </w:r>
            <w:r w:rsidR="00AB10C4">
              <w:rPr>
                <w:lang w:val="nl-NL"/>
              </w:rPr>
              <w:t xml:space="preserve">ia </w:t>
            </w:r>
            <w:hyperlink r:id="rId34" w:history="1">
              <w:r w:rsidR="00AB10C4" w:rsidRPr="003F2A53">
                <w:rPr>
                  <w:rStyle w:val="Hyperlink"/>
                  <w:lang w:val="nl-NL"/>
                </w:rPr>
                <w:t>https://forms.cloud.microsoft/pages/responsepage.aspx?id=ptXdOt8aFkmdVcCukUD48PTysM7Oa9tGt0CMtxfcKdNUQzBHWU5PUEFaU0pRNTBURDkyOVM5OFhKTC4u&amp;route=shorturl</w:t>
              </w:r>
            </w:hyperlink>
          </w:p>
        </w:tc>
      </w:tr>
    </w:tbl>
    <w:p w14:paraId="7387C953" w14:textId="77777777" w:rsidR="00AB10C4" w:rsidRDefault="00AB10C4" w:rsidP="00AB10C4">
      <w:pPr>
        <w:keepNext/>
        <w:spacing w:before="80" w:after="20"/>
        <w:rPr>
          <w:b/>
          <w:color w:val="1A8B9D"/>
          <w:lang w:val="nl-NL"/>
        </w:rPr>
      </w:pPr>
    </w:p>
    <w:p w14:paraId="41F55E91" w14:textId="3F2B896B" w:rsidR="00AB10C4" w:rsidRPr="006A3155" w:rsidRDefault="00AB10C4" w:rsidP="00AB10C4">
      <w:pPr>
        <w:keepNext/>
        <w:spacing w:before="80" w:after="20"/>
        <w:rPr>
          <w:lang w:val="nl-NL"/>
        </w:rPr>
      </w:pPr>
      <w:r w:rsidRPr="006A3155">
        <w:rPr>
          <w:b/>
          <w:color w:val="1A8B9D"/>
          <w:lang w:val="nl-NL"/>
        </w:rPr>
        <w:t>Praktijkverhalen</w:t>
      </w:r>
      <w:r>
        <w:rPr>
          <w:b/>
          <w:color w:val="1A8B9D"/>
          <w:lang w:val="nl-NL"/>
        </w:rPr>
        <w:t xml:space="preserve"> </w:t>
      </w:r>
      <w:r w:rsidRPr="00AB10C4">
        <w:rPr>
          <w:b/>
          <w:color w:val="1A8B9D"/>
          <w:lang w:val="nl-NL"/>
        </w:rPr>
        <w:sym w:font="Wingdings" w:char="F0E0"/>
      </w:r>
      <w:r>
        <w:rPr>
          <w:b/>
          <w:color w:val="1A8B9D"/>
          <w:lang w:val="nl-NL"/>
        </w:rPr>
        <w:t xml:space="preserve"> deze worden later in de campagne gedeeld!</w:t>
      </w:r>
    </w:p>
    <w:tbl>
      <w:tblPr>
        <w:tblW w:w="0" w:type="auto"/>
        <w:tblLook w:val="04A0" w:firstRow="1" w:lastRow="0" w:firstColumn="1" w:lastColumn="0" w:noHBand="0" w:noVBand="1"/>
      </w:tblPr>
      <w:tblGrid>
        <w:gridCol w:w="10312"/>
      </w:tblGrid>
      <w:tr w:rsidR="00AB10C4" w:rsidRPr="006A3155" w14:paraId="076F5AE1" w14:textId="77777777" w:rsidTr="00553D4F">
        <w:trPr>
          <w:cantSplit/>
        </w:trPr>
        <w:tc>
          <w:tcPr>
            <w:tcW w:w="10312" w:type="dxa"/>
            <w:shd w:val="clear" w:color="auto" w:fill="F7F9FA"/>
            <w:tcMar>
              <w:top w:w="95" w:type="dxa"/>
              <w:left w:w="110" w:type="dxa"/>
              <w:bottom w:w="95" w:type="dxa"/>
              <w:right w:w="110" w:type="dxa"/>
            </w:tcMar>
          </w:tcPr>
          <w:p w14:paraId="2898C3F1" w14:textId="77777777" w:rsidR="00AB10C4" w:rsidRPr="006A3155" w:rsidRDefault="00AB10C4" w:rsidP="00553D4F">
            <w:pPr>
              <w:spacing w:after="80"/>
              <w:rPr>
                <w:lang w:val="nl-NL"/>
              </w:rPr>
            </w:pPr>
            <w:r w:rsidRPr="006A3155">
              <w:rPr>
                <w:lang w:val="nl-NL"/>
              </w:rPr>
              <w:t>Werk en mantelzorg combineren vraagt soms om maatwerk.</w:t>
            </w:r>
          </w:p>
          <w:p w14:paraId="07A1AF39" w14:textId="77777777" w:rsidR="00AB10C4" w:rsidRPr="006A3155" w:rsidRDefault="00AB10C4" w:rsidP="00553D4F">
            <w:pPr>
              <w:spacing w:after="80"/>
              <w:rPr>
                <w:lang w:val="nl-NL"/>
              </w:rPr>
            </w:pPr>
            <w:r w:rsidRPr="006A3155">
              <w:rPr>
                <w:lang w:val="nl-NL"/>
              </w:rPr>
              <w:t xml:space="preserve">In de campagne van de ROM en sociale partners delen medewerkers en organisaties uit de </w:t>
            </w:r>
            <w:proofErr w:type="spellStart"/>
            <w:r w:rsidRPr="006A3155">
              <w:rPr>
                <w:lang w:val="nl-NL"/>
              </w:rPr>
              <w:t>Metalektro</w:t>
            </w:r>
            <w:proofErr w:type="spellEnd"/>
            <w:r w:rsidRPr="006A3155">
              <w:rPr>
                <w:lang w:val="nl-NL"/>
              </w:rPr>
              <w:t xml:space="preserve"> hun ervaringen. Wat speelde er? Hoe werd het besproken? En welke afspraak of hulp maakte verschil?</w:t>
            </w:r>
          </w:p>
          <w:p w14:paraId="60CBD9CC" w14:textId="77777777" w:rsidR="00AB10C4" w:rsidRPr="006A3155" w:rsidRDefault="00AB10C4" w:rsidP="00553D4F">
            <w:pPr>
              <w:spacing w:after="80"/>
              <w:rPr>
                <w:lang w:val="nl-NL"/>
              </w:rPr>
            </w:pPr>
            <w:r w:rsidRPr="006A3155">
              <w:rPr>
                <w:lang w:val="nl-NL"/>
              </w:rPr>
              <w:t>Bekijk de praktijkverhalen op</w:t>
            </w:r>
            <w:r>
              <w:rPr>
                <w:lang w:val="nl-NL"/>
              </w:rPr>
              <w:t xml:space="preserve"> </w:t>
            </w:r>
            <w:hyperlink r:id="rId35" w:history="1">
              <w:r w:rsidRPr="003F2A53">
                <w:rPr>
                  <w:rStyle w:val="Hyperlink"/>
                  <w:lang w:val="nl-NL"/>
                </w:rPr>
                <w:t>https://www.mantelzorgmetalektro.nl/</w:t>
              </w:r>
            </w:hyperlink>
          </w:p>
        </w:tc>
      </w:tr>
    </w:tbl>
    <w:p w14:paraId="12A43E43" w14:textId="77777777" w:rsidR="00AB10C4" w:rsidRPr="006A3155" w:rsidRDefault="00AB10C4">
      <w:pPr>
        <w:spacing w:after="40"/>
        <w:rPr>
          <w:lang w:val="nl-NL"/>
        </w:rPr>
      </w:pPr>
    </w:p>
    <w:sectPr w:rsidR="00AB10C4" w:rsidRPr="006A3155" w:rsidSect="00034616">
      <w:footerReference w:type="default" r:id="rId36"/>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2C1F" w14:textId="77777777" w:rsidR="00BA080B" w:rsidRDefault="00BA080B">
      <w:pPr>
        <w:spacing w:after="0" w:line="240" w:lineRule="auto"/>
      </w:pPr>
      <w:r>
        <w:separator/>
      </w:r>
    </w:p>
  </w:endnote>
  <w:endnote w:type="continuationSeparator" w:id="0">
    <w:p w14:paraId="46F50D16" w14:textId="77777777" w:rsidR="00BA080B" w:rsidRDefault="00BA0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9A14" w14:textId="1CA992A2" w:rsidR="00677939" w:rsidRPr="006A3155" w:rsidRDefault="00677939">
    <w:pPr>
      <w:pStyle w:val="Voettekst"/>
      <w:jc w:val="cen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A9BF1" w14:textId="77777777" w:rsidR="00BA080B" w:rsidRDefault="00BA080B">
      <w:pPr>
        <w:spacing w:after="0" w:line="240" w:lineRule="auto"/>
      </w:pPr>
      <w:r>
        <w:separator/>
      </w:r>
    </w:p>
  </w:footnote>
  <w:footnote w:type="continuationSeparator" w:id="0">
    <w:p w14:paraId="4924B00C" w14:textId="77777777" w:rsidR="00BA080B" w:rsidRDefault="00BA0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3BD46300"/>
    <w:multiLevelType w:val="hybridMultilevel"/>
    <w:tmpl w:val="A1000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29917956">
    <w:abstractNumId w:val="8"/>
  </w:num>
  <w:num w:numId="2" w16cid:durableId="865949367">
    <w:abstractNumId w:val="6"/>
  </w:num>
  <w:num w:numId="3" w16cid:durableId="1770004919">
    <w:abstractNumId w:val="5"/>
  </w:num>
  <w:num w:numId="4" w16cid:durableId="989093404">
    <w:abstractNumId w:val="4"/>
  </w:num>
  <w:num w:numId="5" w16cid:durableId="888228113">
    <w:abstractNumId w:val="7"/>
  </w:num>
  <w:num w:numId="6" w16cid:durableId="1601451654">
    <w:abstractNumId w:val="3"/>
  </w:num>
  <w:num w:numId="7" w16cid:durableId="201132257">
    <w:abstractNumId w:val="2"/>
  </w:num>
  <w:num w:numId="8" w16cid:durableId="817958118">
    <w:abstractNumId w:val="1"/>
  </w:num>
  <w:num w:numId="9" w16cid:durableId="552690435">
    <w:abstractNumId w:val="0"/>
  </w:num>
  <w:num w:numId="10" w16cid:durableId="19384379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081"/>
    <w:rsid w:val="00034616"/>
    <w:rsid w:val="0006063C"/>
    <w:rsid w:val="0015074B"/>
    <w:rsid w:val="002169A0"/>
    <w:rsid w:val="0029639D"/>
    <w:rsid w:val="00326F90"/>
    <w:rsid w:val="00457914"/>
    <w:rsid w:val="00677939"/>
    <w:rsid w:val="006A3155"/>
    <w:rsid w:val="00AA1D8D"/>
    <w:rsid w:val="00AB10C4"/>
    <w:rsid w:val="00B47730"/>
    <w:rsid w:val="00BA080B"/>
    <w:rsid w:val="00CB0664"/>
    <w:rsid w:val="00E53A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96EEC7"/>
  <w14:defaultImageDpi w14:val="300"/>
  <w15:docId w15:val="{10A5B4C4-B673-FD40-896D-650248B8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X">
    <w:name w:val="TitleX"/>
    <w:pPr>
      <w:spacing w:after="100"/>
    </w:pPr>
    <w:rPr>
      <w:rFonts w:ascii="Aptos" w:hAnsi="Aptos"/>
      <w:b/>
      <w:color w:val="17365D"/>
      <w:sz w:val="42"/>
    </w:rPr>
  </w:style>
  <w:style w:type="paragraph" w:customStyle="1" w:styleId="SubX">
    <w:name w:val="SubX"/>
    <w:pPr>
      <w:spacing w:after="240"/>
    </w:pPr>
    <w:rPr>
      <w:rFonts w:ascii="Aptos" w:hAnsi="Aptos"/>
      <w:color w:val="5F6B73"/>
    </w:rPr>
  </w:style>
  <w:style w:type="paragraph" w:customStyle="1" w:styleId="H1X">
    <w:name w:val="H1X"/>
    <w:pPr>
      <w:keepNext/>
      <w:spacing w:before="200" w:after="100"/>
    </w:pPr>
    <w:rPr>
      <w:rFonts w:ascii="Aptos" w:hAnsi="Aptos"/>
      <w:b/>
      <w:color w:val="17365D"/>
      <w:sz w:val="30"/>
    </w:rPr>
  </w:style>
  <w:style w:type="paragraph" w:customStyle="1" w:styleId="H2X">
    <w:name w:val="H2X"/>
    <w:pPr>
      <w:keepNext/>
      <w:spacing w:before="120" w:after="60"/>
    </w:pPr>
    <w:rPr>
      <w:rFonts w:ascii="Aptos" w:hAnsi="Aptos"/>
      <w:b/>
      <w:color w:val="E76F51"/>
      <w:sz w:val="23"/>
    </w:rPr>
  </w:style>
  <w:style w:type="paragraph" w:customStyle="1" w:styleId="H3X">
    <w:name w:val="H3X"/>
    <w:pPr>
      <w:keepNext/>
      <w:spacing w:before="80" w:after="40"/>
    </w:pPr>
    <w:rPr>
      <w:rFonts w:ascii="Aptos" w:hAnsi="Aptos"/>
      <w:b/>
      <w:color w:val="1A8B9D"/>
      <w:sz w:val="21"/>
    </w:rPr>
  </w:style>
  <w:style w:type="paragraph" w:customStyle="1" w:styleId="SmallX">
    <w:name w:val="SmallX"/>
    <w:pPr>
      <w:spacing w:after="60"/>
    </w:pPr>
    <w:rPr>
      <w:rFonts w:ascii="Aptos" w:hAnsi="Aptos"/>
      <w:color w:val="5F6B73"/>
      <w:sz w:val="17"/>
    </w:rPr>
  </w:style>
  <w:style w:type="character" w:styleId="Hyperlink">
    <w:name w:val="Hyperlink"/>
    <w:basedOn w:val="Standaardalinea-lettertype"/>
    <w:uiPriority w:val="99"/>
    <w:unhideWhenUsed/>
    <w:rsid w:val="002169A0"/>
    <w:rPr>
      <w:color w:val="0000FF" w:themeColor="hyperlink"/>
      <w:u w:val="single"/>
    </w:rPr>
  </w:style>
  <w:style w:type="character" w:styleId="Onopgelostemelding">
    <w:name w:val="Unresolved Mention"/>
    <w:basedOn w:val="Standaardalinea-lettertype"/>
    <w:uiPriority w:val="99"/>
    <w:semiHidden/>
    <w:unhideWhenUsed/>
    <w:rsid w:val="002169A0"/>
    <w:rPr>
      <w:color w:val="605E5C"/>
      <w:shd w:val="clear" w:color="auto" w:fill="E1DFDD"/>
    </w:rPr>
  </w:style>
  <w:style w:type="character" w:styleId="GevolgdeHyperlink">
    <w:name w:val="FollowedHyperlink"/>
    <w:basedOn w:val="Standaardalinea-lettertype"/>
    <w:uiPriority w:val="99"/>
    <w:semiHidden/>
    <w:unhideWhenUsed/>
    <w:rsid w:val="00AB1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cloud.microsoft/e/MF7LUQ0VMn" TargetMode="External"/><Relationship Id="rId18" Type="http://schemas.openxmlformats.org/officeDocument/2006/relationships/hyperlink" Target="https://forms.cloud.microsoft/e/MF7LUQ0VMn" TargetMode="External"/><Relationship Id="rId26" Type="http://schemas.openxmlformats.org/officeDocument/2006/relationships/hyperlink" Target="https://youtu.be/OJwhU09xOow" TargetMode="External"/><Relationship Id="rId21" Type="http://schemas.openxmlformats.org/officeDocument/2006/relationships/hyperlink" Target="https://youtube.com/shorts/OSKzAPBkY7g?feature=share" TargetMode="External"/><Relationship Id="rId34" Type="http://schemas.openxmlformats.org/officeDocument/2006/relationships/hyperlink" Target="https://forms.cloud.microsoft/pages/responsepage.aspx?id=ptXdOt8aFkmdVcCukUD48PTysM7Oa9tGt0CMtxfcKdNUQzBHWU5PUEFaU0pRNTBURDkyOVM5OFhKTC4u&amp;route=shorturl" TargetMode="External"/><Relationship Id="rId7" Type="http://schemas.openxmlformats.org/officeDocument/2006/relationships/endnotes" Target="endnotes.xml"/><Relationship Id="rId12" Type="http://schemas.openxmlformats.org/officeDocument/2006/relationships/hyperlink" Target="https://forms.cloud.microsoft/e/MF7LUQ0VMn" TargetMode="External"/><Relationship Id="rId17" Type="http://schemas.openxmlformats.org/officeDocument/2006/relationships/hyperlink" Target="https://forms.cloud.microsoft/e/MF7LUQ0VMn" TargetMode="External"/><Relationship Id="rId25" Type="http://schemas.openxmlformats.org/officeDocument/2006/relationships/hyperlink" Target="https://youtube.com/shorts/W3Scm3u7M70?feature=share" TargetMode="External"/><Relationship Id="rId33" Type="http://schemas.openxmlformats.org/officeDocument/2006/relationships/hyperlink" Target="https://www.mantelzorgmetalektro.n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antelzorgmetalektro.nl/" TargetMode="External"/><Relationship Id="rId20" Type="http://schemas.openxmlformats.org/officeDocument/2006/relationships/hyperlink" Target="https://forms.cloud.microsoft/e/MF7LUQ0VMn" TargetMode="External"/><Relationship Id="rId29" Type="http://schemas.openxmlformats.org/officeDocument/2006/relationships/hyperlink" Target="https://youtube.com/shorts/K2GP8TiIfX8?feature=sha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ntelzorgmetalektro.nl/" TargetMode="External"/><Relationship Id="rId24" Type="http://schemas.openxmlformats.org/officeDocument/2006/relationships/hyperlink" Target="https://youtu.be/93ZdN6bCzHs" TargetMode="External"/><Relationship Id="rId32" Type="http://schemas.openxmlformats.org/officeDocument/2006/relationships/hyperlink" Target="https://youtu.be/HhIjhvLBDJc"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antelzorgmetalektro.nl/" TargetMode="External"/><Relationship Id="rId23" Type="http://schemas.openxmlformats.org/officeDocument/2006/relationships/hyperlink" Target="https://youtube.com/shorts/STkYtSLuKXg?feature=share" TargetMode="External"/><Relationship Id="rId28" Type="http://schemas.openxmlformats.org/officeDocument/2006/relationships/hyperlink" Target="https://youtu.be/QTo-VIlKGeY" TargetMode="External"/><Relationship Id="rId36" Type="http://schemas.openxmlformats.org/officeDocument/2006/relationships/footer" Target="footer1.xml"/><Relationship Id="rId10" Type="http://schemas.openxmlformats.org/officeDocument/2006/relationships/hyperlink" Target="https://www.mantelzorgmetalektro.nl/" TargetMode="External"/><Relationship Id="rId19" Type="http://schemas.openxmlformats.org/officeDocument/2006/relationships/hyperlink" Target="https://forms.cloud.microsoft/e/MF7LUQ0VMn" TargetMode="External"/><Relationship Id="rId31" Type="http://schemas.openxmlformats.org/officeDocument/2006/relationships/hyperlink" Target="https://youtube.com/shorts/coK5APFdW_U?feature=share" TargetMode="External"/><Relationship Id="rId4" Type="http://schemas.openxmlformats.org/officeDocument/2006/relationships/settings" Target="settings.xml"/><Relationship Id="rId9" Type="http://schemas.openxmlformats.org/officeDocument/2006/relationships/hyperlink" Target="https://www.mantelzorgmetalektro.nl/werknemers/" TargetMode="External"/><Relationship Id="rId14" Type="http://schemas.openxmlformats.org/officeDocument/2006/relationships/hyperlink" Target="https://www.mantelzorgmetalektro.nl/" TargetMode="External"/><Relationship Id="rId22" Type="http://schemas.openxmlformats.org/officeDocument/2006/relationships/hyperlink" Target="https://youtu.be/BGJbYDwFOlQ" TargetMode="External"/><Relationship Id="rId27" Type="http://schemas.openxmlformats.org/officeDocument/2006/relationships/hyperlink" Target="https://youtube.com/shorts/E4OFA1mDYRs?feature=share" TargetMode="External"/><Relationship Id="rId30" Type="http://schemas.openxmlformats.org/officeDocument/2006/relationships/hyperlink" Target="https://youtu.be/16yH2HD7t88" TargetMode="External"/><Relationship Id="rId35" Type="http://schemas.openxmlformats.org/officeDocument/2006/relationships/hyperlink" Target="https://www.mantelzorgmetalektro.nl/" TargetMode="External"/><Relationship Id="rId8" Type="http://schemas.openxmlformats.org/officeDocument/2006/relationships/hyperlink" Target="https://www.mantelzorgmetalektro.nl/"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2092</Words>
  <Characters>11506</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Kiki Berends</cp:lastModifiedBy>
  <cp:revision>7</cp:revision>
  <dcterms:created xsi:type="dcterms:W3CDTF">2026-09-10T10:04:00Z</dcterms:created>
  <dcterms:modified xsi:type="dcterms:W3CDTF">2026-09-15T13:50:00Z</dcterms:modified>
  <cp:category/>
</cp:coreProperties>
</file>